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8F490" w14:textId="77777777" w:rsidR="00270054" w:rsidRPr="00943AC6" w:rsidRDefault="00F21E91">
      <w:pPr>
        <w:spacing w:before="1600"/>
        <w:jc w:val="center"/>
        <w:rPr>
          <w:sz w:val="72"/>
          <w:szCs w:val="72"/>
        </w:rPr>
      </w:pPr>
      <w:r w:rsidRPr="00943AC6">
        <w:rPr>
          <w:rFonts w:ascii="Aptos Display" w:hAnsi="Aptos Display"/>
          <w:b/>
          <w:color w:val="163D38"/>
          <w:sz w:val="72"/>
          <w:szCs w:val="72"/>
        </w:rPr>
        <w:t>HIRING THE RIGHT</w:t>
      </w:r>
      <w:r w:rsidRPr="00943AC6">
        <w:rPr>
          <w:rFonts w:ascii="Aptos Display" w:hAnsi="Aptos Display"/>
          <w:b/>
          <w:color w:val="163D38"/>
          <w:sz w:val="72"/>
          <w:szCs w:val="72"/>
        </w:rPr>
        <w:br/>
        <w:t>EXECUTIVE DIRECTOR</w:t>
      </w:r>
    </w:p>
    <w:p w14:paraId="600B2FE5" w14:textId="77777777" w:rsidR="00270054" w:rsidRPr="00943AC6" w:rsidRDefault="00F21E91">
      <w:pPr>
        <w:jc w:val="center"/>
        <w:rPr>
          <w:sz w:val="56"/>
          <w:szCs w:val="56"/>
        </w:rPr>
      </w:pPr>
      <w:r w:rsidRPr="00943AC6">
        <w:rPr>
          <w:b/>
          <w:color w:val="28A37A"/>
          <w:sz w:val="56"/>
          <w:szCs w:val="56"/>
        </w:rPr>
        <w:t>Participant Workbook</w:t>
      </w:r>
    </w:p>
    <w:p w14:paraId="28396080" w14:textId="77777777" w:rsidR="00270054" w:rsidRPr="00943AC6" w:rsidRDefault="00F21E91">
      <w:pPr>
        <w:jc w:val="center"/>
        <w:rPr>
          <w:sz w:val="48"/>
          <w:szCs w:val="48"/>
        </w:rPr>
      </w:pPr>
      <w:r w:rsidRPr="00943AC6">
        <w:rPr>
          <w:color w:val="688078"/>
          <w:sz w:val="48"/>
          <w:szCs w:val="48"/>
        </w:rPr>
        <w:t>A Housing Authority Board’s Guide to Making Its Most Important Hiring Decision</w:t>
      </w:r>
    </w:p>
    <w:p w14:paraId="3C37CF17" w14:textId="2DC6FE6D" w:rsidR="00270054" w:rsidRPr="00943AC6" w:rsidRDefault="00F21E91">
      <w:pPr>
        <w:jc w:val="center"/>
        <w:rPr>
          <w:sz w:val="48"/>
          <w:szCs w:val="48"/>
        </w:rPr>
      </w:pPr>
      <w:r w:rsidRPr="00943AC6">
        <w:rPr>
          <w:b/>
          <w:sz w:val="48"/>
          <w:szCs w:val="48"/>
        </w:rPr>
        <w:br/>
      </w:r>
    </w:p>
    <w:p w14:paraId="44106EDC" w14:textId="77777777" w:rsidR="00270054" w:rsidRPr="00943AC6" w:rsidRDefault="00F21E91">
      <w:pPr>
        <w:jc w:val="center"/>
        <w:rPr>
          <w:sz w:val="40"/>
          <w:szCs w:val="40"/>
        </w:rPr>
      </w:pPr>
      <w:r w:rsidRPr="00943AC6">
        <w:rPr>
          <w:sz w:val="48"/>
          <w:szCs w:val="48"/>
        </w:rPr>
        <w:br/>
      </w:r>
      <w:r w:rsidRPr="00943AC6">
        <w:rPr>
          <w:sz w:val="40"/>
          <w:szCs w:val="40"/>
        </w:rPr>
        <w:t>Participant: ____________________________________</w:t>
      </w:r>
      <w:r w:rsidRPr="00943AC6">
        <w:rPr>
          <w:sz w:val="40"/>
          <w:szCs w:val="40"/>
        </w:rPr>
        <w:br/>
        <w:t>Housing Authority: _______________________________</w:t>
      </w:r>
      <w:r w:rsidRPr="00943AC6">
        <w:rPr>
          <w:sz w:val="40"/>
          <w:szCs w:val="40"/>
        </w:rPr>
        <w:br/>
        <w:t>Date: __________________________________________</w:t>
      </w:r>
    </w:p>
    <w:p w14:paraId="4579CF07" w14:textId="77777777" w:rsidR="00270054" w:rsidRDefault="00F21E91">
      <w:r>
        <w:br w:type="page"/>
      </w:r>
    </w:p>
    <w:p w14:paraId="6D0828F7" w14:textId="77777777" w:rsidR="00270054" w:rsidRPr="00943AC6" w:rsidRDefault="00F21E91">
      <w:pPr>
        <w:pStyle w:val="Heading1"/>
        <w:rPr>
          <w:sz w:val="48"/>
          <w:szCs w:val="48"/>
        </w:rPr>
      </w:pPr>
      <w:r w:rsidRPr="00943AC6">
        <w:rPr>
          <w:sz w:val="48"/>
          <w:szCs w:val="48"/>
        </w:rPr>
        <w:lastRenderedPageBreak/>
        <w:t>How to Use This Workbook</w:t>
      </w:r>
    </w:p>
    <w:p w14:paraId="6D187B5F" w14:textId="77777777" w:rsidR="00270054" w:rsidRPr="00943AC6" w:rsidRDefault="00F21E91">
      <w:pPr>
        <w:spacing w:after="120"/>
        <w:rPr>
          <w:sz w:val="24"/>
          <w:szCs w:val="24"/>
        </w:rPr>
      </w:pPr>
      <w:r w:rsidRPr="00943AC6">
        <w:rPr>
          <w:sz w:val="24"/>
          <w:szCs w:val="24"/>
        </w:rPr>
        <w:t>This workbook is designed to help commissioners move from discussion to a practical, repeatable Executive Director recruitment and selection process. Complete the exercises during the training and retain the tools for your next search.</w:t>
      </w:r>
    </w:p>
    <w:p w14:paraId="5F41DE3A" w14:textId="77777777" w:rsidR="00270054" w:rsidRDefault="00F21E91">
      <w:pPr>
        <w:pStyle w:val="Heading2"/>
      </w:pPr>
      <w:r>
        <w:t>Learning Objectives</w:t>
      </w:r>
    </w:p>
    <w:p w14:paraId="7CF73481" w14:textId="77777777" w:rsidR="00270054" w:rsidRPr="00943AC6" w:rsidRDefault="00F21E91">
      <w:pPr>
        <w:pStyle w:val="ListBullet"/>
        <w:spacing w:after="60"/>
        <w:rPr>
          <w:sz w:val="24"/>
          <w:szCs w:val="24"/>
        </w:rPr>
      </w:pPr>
      <w:r w:rsidRPr="00943AC6">
        <w:rPr>
          <w:sz w:val="24"/>
          <w:szCs w:val="24"/>
        </w:rPr>
        <w:t>Define the board’s role in Executive Director recruitment and selection.</w:t>
      </w:r>
    </w:p>
    <w:p w14:paraId="32A6261C" w14:textId="77777777" w:rsidR="00270054" w:rsidRPr="00943AC6" w:rsidRDefault="00F21E91">
      <w:pPr>
        <w:pStyle w:val="ListBullet"/>
        <w:spacing w:after="60"/>
        <w:rPr>
          <w:sz w:val="24"/>
          <w:szCs w:val="24"/>
        </w:rPr>
      </w:pPr>
      <w:r w:rsidRPr="00943AC6">
        <w:rPr>
          <w:sz w:val="24"/>
          <w:szCs w:val="24"/>
        </w:rPr>
        <w:t xml:space="preserve">Identify the leadership competencies your authority </w:t>
      </w:r>
      <w:proofErr w:type="gramStart"/>
      <w:r w:rsidRPr="00943AC6">
        <w:rPr>
          <w:sz w:val="24"/>
          <w:szCs w:val="24"/>
        </w:rPr>
        <w:t>actually needs</w:t>
      </w:r>
      <w:proofErr w:type="gramEnd"/>
      <w:r w:rsidRPr="00943AC6">
        <w:rPr>
          <w:sz w:val="24"/>
          <w:szCs w:val="24"/>
        </w:rPr>
        <w:t>.</w:t>
      </w:r>
    </w:p>
    <w:p w14:paraId="2B10D3B8" w14:textId="77777777" w:rsidR="00270054" w:rsidRPr="00943AC6" w:rsidRDefault="00F21E91">
      <w:pPr>
        <w:pStyle w:val="ListBullet"/>
        <w:spacing w:after="60"/>
        <w:rPr>
          <w:sz w:val="24"/>
          <w:szCs w:val="24"/>
        </w:rPr>
      </w:pPr>
      <w:r w:rsidRPr="00943AC6">
        <w:rPr>
          <w:sz w:val="24"/>
          <w:szCs w:val="24"/>
        </w:rPr>
        <w:t>Build a fair, consistent, and defensible recruitment process.</w:t>
      </w:r>
    </w:p>
    <w:p w14:paraId="3F9701A0" w14:textId="77777777" w:rsidR="00270054" w:rsidRPr="00943AC6" w:rsidRDefault="00F21E91">
      <w:pPr>
        <w:pStyle w:val="ListBullet"/>
        <w:spacing w:after="60"/>
        <w:rPr>
          <w:sz w:val="24"/>
          <w:szCs w:val="24"/>
        </w:rPr>
      </w:pPr>
      <w:r w:rsidRPr="00943AC6">
        <w:rPr>
          <w:sz w:val="24"/>
          <w:szCs w:val="24"/>
        </w:rPr>
        <w:t>Use behavioral and scenario-based interview questions.</w:t>
      </w:r>
    </w:p>
    <w:p w14:paraId="1F26316A" w14:textId="77777777" w:rsidR="00270054" w:rsidRPr="00943AC6" w:rsidRDefault="00F21E91">
      <w:pPr>
        <w:pStyle w:val="ListBullet"/>
        <w:spacing w:after="60"/>
        <w:rPr>
          <w:sz w:val="24"/>
          <w:szCs w:val="24"/>
        </w:rPr>
      </w:pPr>
      <w:r w:rsidRPr="00943AC6">
        <w:rPr>
          <w:sz w:val="24"/>
          <w:szCs w:val="24"/>
        </w:rPr>
        <w:t>Recognize common bias and selection traps.</w:t>
      </w:r>
    </w:p>
    <w:p w14:paraId="174284A1" w14:textId="77777777" w:rsidR="00270054" w:rsidRPr="00943AC6" w:rsidRDefault="00F21E91">
      <w:pPr>
        <w:pStyle w:val="ListBullet"/>
        <w:spacing w:after="60"/>
        <w:rPr>
          <w:sz w:val="24"/>
          <w:szCs w:val="24"/>
        </w:rPr>
      </w:pPr>
      <w:r w:rsidRPr="00943AC6">
        <w:rPr>
          <w:sz w:val="24"/>
          <w:szCs w:val="24"/>
        </w:rPr>
        <w:t>Evaluate candidates with a structured scorecard.</w:t>
      </w:r>
    </w:p>
    <w:p w14:paraId="6DE6D526" w14:textId="77777777" w:rsidR="00270054" w:rsidRPr="00943AC6" w:rsidRDefault="00F21E91">
      <w:pPr>
        <w:pStyle w:val="ListBullet"/>
        <w:spacing w:after="60"/>
        <w:rPr>
          <w:sz w:val="24"/>
          <w:szCs w:val="24"/>
        </w:rPr>
      </w:pPr>
      <w:r w:rsidRPr="00943AC6">
        <w:rPr>
          <w:sz w:val="24"/>
          <w:szCs w:val="24"/>
        </w:rPr>
        <w:t>Use references and due diligence to validate evidence.</w:t>
      </w:r>
    </w:p>
    <w:p w14:paraId="4B8C09A4" w14:textId="77777777" w:rsidR="00270054" w:rsidRPr="00943AC6" w:rsidRDefault="00F21E91">
      <w:pPr>
        <w:pStyle w:val="ListBullet"/>
        <w:spacing w:after="60"/>
        <w:rPr>
          <w:sz w:val="24"/>
          <w:szCs w:val="24"/>
        </w:rPr>
      </w:pPr>
      <w:r w:rsidRPr="00943AC6">
        <w:rPr>
          <w:sz w:val="24"/>
          <w:szCs w:val="24"/>
        </w:rPr>
        <w:t>Transition selection into onboarding and first-year expectations.</w:t>
      </w:r>
    </w:p>
    <w:p w14:paraId="565AB5B7" w14:textId="77777777" w:rsidR="00270054" w:rsidRDefault="00F21E91">
      <w:pPr>
        <w:pStyle w:val="Heading2"/>
      </w:pPr>
      <w:r>
        <w:t>The Five-Stage Process</w:t>
      </w:r>
    </w:p>
    <w:tbl>
      <w:tblPr>
        <w:tblStyle w:val="TableGrid"/>
        <w:tblW w:w="0" w:type="auto"/>
        <w:jc w:val="center"/>
        <w:tblLook w:val="04A0" w:firstRow="1" w:lastRow="0" w:firstColumn="1" w:lastColumn="0" w:noHBand="0" w:noVBand="1"/>
      </w:tblPr>
      <w:tblGrid>
        <w:gridCol w:w="5107"/>
        <w:gridCol w:w="5107"/>
      </w:tblGrid>
      <w:tr w:rsidR="00270054" w:rsidRPr="00943AC6" w14:paraId="04A518B1" w14:textId="77777777">
        <w:trPr>
          <w:jc w:val="center"/>
        </w:trPr>
        <w:tc>
          <w:tcPr>
            <w:tcW w:w="5112" w:type="dxa"/>
            <w:shd w:val="clear" w:color="auto" w:fill="163D38"/>
            <w:tcMar>
              <w:top w:w="90" w:type="dxa"/>
              <w:left w:w="90" w:type="dxa"/>
              <w:bottom w:w="90" w:type="dxa"/>
              <w:right w:w="90" w:type="dxa"/>
            </w:tcMar>
            <w:vAlign w:val="center"/>
          </w:tcPr>
          <w:p w14:paraId="70F9FEDA" w14:textId="77777777" w:rsidR="00270054" w:rsidRPr="00943AC6" w:rsidRDefault="00F21E91">
            <w:pPr>
              <w:rPr>
                <w:sz w:val="24"/>
                <w:szCs w:val="24"/>
              </w:rPr>
            </w:pPr>
            <w:r w:rsidRPr="00943AC6">
              <w:rPr>
                <w:b/>
                <w:color w:val="FFFFFF"/>
                <w:sz w:val="24"/>
                <w:szCs w:val="24"/>
              </w:rPr>
              <w:t>Stage</w:t>
            </w:r>
          </w:p>
        </w:tc>
        <w:tc>
          <w:tcPr>
            <w:tcW w:w="5112" w:type="dxa"/>
            <w:shd w:val="clear" w:color="auto" w:fill="163D38"/>
            <w:tcMar>
              <w:top w:w="90" w:type="dxa"/>
              <w:left w:w="90" w:type="dxa"/>
              <w:bottom w:w="90" w:type="dxa"/>
              <w:right w:w="90" w:type="dxa"/>
            </w:tcMar>
            <w:vAlign w:val="center"/>
          </w:tcPr>
          <w:p w14:paraId="41B2D513" w14:textId="77777777" w:rsidR="00270054" w:rsidRPr="00943AC6" w:rsidRDefault="00F21E91">
            <w:pPr>
              <w:rPr>
                <w:sz w:val="24"/>
                <w:szCs w:val="24"/>
              </w:rPr>
            </w:pPr>
            <w:r w:rsidRPr="00943AC6">
              <w:rPr>
                <w:b/>
                <w:color w:val="FFFFFF"/>
                <w:sz w:val="24"/>
                <w:szCs w:val="24"/>
              </w:rPr>
              <w:t>Core Question</w:t>
            </w:r>
          </w:p>
        </w:tc>
      </w:tr>
      <w:tr w:rsidR="00270054" w:rsidRPr="00943AC6" w14:paraId="6C19BBB1" w14:textId="77777777">
        <w:trPr>
          <w:jc w:val="center"/>
        </w:trPr>
        <w:tc>
          <w:tcPr>
            <w:tcW w:w="5112" w:type="dxa"/>
            <w:tcMar>
              <w:top w:w="90" w:type="dxa"/>
              <w:left w:w="90" w:type="dxa"/>
              <w:bottom w:w="90" w:type="dxa"/>
              <w:right w:w="90" w:type="dxa"/>
            </w:tcMar>
          </w:tcPr>
          <w:p w14:paraId="4CB0E929" w14:textId="77777777" w:rsidR="00270054" w:rsidRPr="00943AC6" w:rsidRDefault="00F21E91">
            <w:pPr>
              <w:rPr>
                <w:sz w:val="24"/>
                <w:szCs w:val="24"/>
              </w:rPr>
            </w:pPr>
            <w:r w:rsidRPr="00943AC6">
              <w:rPr>
                <w:sz w:val="24"/>
                <w:szCs w:val="24"/>
              </w:rPr>
              <w:t>1. Define the Need</w:t>
            </w:r>
          </w:p>
        </w:tc>
        <w:tc>
          <w:tcPr>
            <w:tcW w:w="5112" w:type="dxa"/>
            <w:tcMar>
              <w:top w:w="90" w:type="dxa"/>
              <w:left w:w="90" w:type="dxa"/>
              <w:bottom w:w="90" w:type="dxa"/>
              <w:right w:w="90" w:type="dxa"/>
            </w:tcMar>
          </w:tcPr>
          <w:p w14:paraId="39ED9FD7" w14:textId="77777777" w:rsidR="00270054" w:rsidRPr="00943AC6" w:rsidRDefault="00F21E91">
            <w:pPr>
              <w:rPr>
                <w:sz w:val="24"/>
                <w:szCs w:val="24"/>
              </w:rPr>
            </w:pPr>
            <w:r w:rsidRPr="00943AC6">
              <w:rPr>
                <w:sz w:val="24"/>
                <w:szCs w:val="24"/>
              </w:rPr>
              <w:t>What does our authority need next?</w:t>
            </w:r>
          </w:p>
        </w:tc>
      </w:tr>
      <w:tr w:rsidR="00270054" w:rsidRPr="00943AC6" w14:paraId="250EBFDE" w14:textId="77777777">
        <w:trPr>
          <w:jc w:val="center"/>
        </w:trPr>
        <w:tc>
          <w:tcPr>
            <w:tcW w:w="5112" w:type="dxa"/>
            <w:shd w:val="clear" w:color="auto" w:fill="F2F7F5"/>
            <w:tcMar>
              <w:top w:w="90" w:type="dxa"/>
              <w:left w:w="90" w:type="dxa"/>
              <w:bottom w:w="90" w:type="dxa"/>
              <w:right w:w="90" w:type="dxa"/>
            </w:tcMar>
          </w:tcPr>
          <w:p w14:paraId="3242652B" w14:textId="77777777" w:rsidR="00270054" w:rsidRPr="00943AC6" w:rsidRDefault="00F21E91">
            <w:pPr>
              <w:rPr>
                <w:sz w:val="24"/>
                <w:szCs w:val="24"/>
              </w:rPr>
            </w:pPr>
            <w:r w:rsidRPr="00943AC6">
              <w:rPr>
                <w:sz w:val="24"/>
                <w:szCs w:val="24"/>
              </w:rPr>
              <w:t>2. Design the Search</w:t>
            </w:r>
          </w:p>
        </w:tc>
        <w:tc>
          <w:tcPr>
            <w:tcW w:w="5112" w:type="dxa"/>
            <w:shd w:val="clear" w:color="auto" w:fill="F2F7F5"/>
            <w:tcMar>
              <w:top w:w="90" w:type="dxa"/>
              <w:left w:w="90" w:type="dxa"/>
              <w:bottom w:w="90" w:type="dxa"/>
              <w:right w:w="90" w:type="dxa"/>
            </w:tcMar>
          </w:tcPr>
          <w:p w14:paraId="383003CE" w14:textId="77777777" w:rsidR="00270054" w:rsidRPr="00943AC6" w:rsidRDefault="00F21E91">
            <w:pPr>
              <w:rPr>
                <w:sz w:val="24"/>
                <w:szCs w:val="24"/>
              </w:rPr>
            </w:pPr>
            <w:r w:rsidRPr="00943AC6">
              <w:rPr>
                <w:sz w:val="24"/>
                <w:szCs w:val="24"/>
              </w:rPr>
              <w:t>How will we recruit and evaluate consistently?</w:t>
            </w:r>
          </w:p>
        </w:tc>
      </w:tr>
      <w:tr w:rsidR="00270054" w:rsidRPr="00943AC6" w14:paraId="31675732" w14:textId="77777777">
        <w:trPr>
          <w:jc w:val="center"/>
        </w:trPr>
        <w:tc>
          <w:tcPr>
            <w:tcW w:w="5112" w:type="dxa"/>
            <w:tcMar>
              <w:top w:w="90" w:type="dxa"/>
              <w:left w:w="90" w:type="dxa"/>
              <w:bottom w:w="90" w:type="dxa"/>
              <w:right w:w="90" w:type="dxa"/>
            </w:tcMar>
          </w:tcPr>
          <w:p w14:paraId="41E36CCF" w14:textId="77777777" w:rsidR="00270054" w:rsidRPr="00943AC6" w:rsidRDefault="00F21E91">
            <w:pPr>
              <w:rPr>
                <w:sz w:val="24"/>
                <w:szCs w:val="24"/>
              </w:rPr>
            </w:pPr>
            <w:r w:rsidRPr="00943AC6">
              <w:rPr>
                <w:sz w:val="24"/>
                <w:szCs w:val="24"/>
              </w:rPr>
              <w:t>3. Assess Evidence</w:t>
            </w:r>
          </w:p>
        </w:tc>
        <w:tc>
          <w:tcPr>
            <w:tcW w:w="5112" w:type="dxa"/>
            <w:tcMar>
              <w:top w:w="90" w:type="dxa"/>
              <w:left w:w="90" w:type="dxa"/>
              <w:bottom w:w="90" w:type="dxa"/>
              <w:right w:w="90" w:type="dxa"/>
            </w:tcMar>
          </w:tcPr>
          <w:p w14:paraId="4CD20DC7" w14:textId="77777777" w:rsidR="00270054" w:rsidRPr="00943AC6" w:rsidRDefault="00F21E91">
            <w:pPr>
              <w:rPr>
                <w:sz w:val="24"/>
                <w:szCs w:val="24"/>
              </w:rPr>
            </w:pPr>
            <w:r w:rsidRPr="00943AC6">
              <w:rPr>
                <w:sz w:val="24"/>
                <w:szCs w:val="24"/>
              </w:rPr>
              <w:t>What has each candidate demonstrated?</w:t>
            </w:r>
          </w:p>
        </w:tc>
      </w:tr>
      <w:tr w:rsidR="00270054" w:rsidRPr="00943AC6" w14:paraId="21C87F8D" w14:textId="77777777">
        <w:trPr>
          <w:jc w:val="center"/>
        </w:trPr>
        <w:tc>
          <w:tcPr>
            <w:tcW w:w="5112" w:type="dxa"/>
            <w:shd w:val="clear" w:color="auto" w:fill="F2F7F5"/>
            <w:tcMar>
              <w:top w:w="90" w:type="dxa"/>
              <w:left w:w="90" w:type="dxa"/>
              <w:bottom w:w="90" w:type="dxa"/>
              <w:right w:w="90" w:type="dxa"/>
            </w:tcMar>
          </w:tcPr>
          <w:p w14:paraId="6488F313" w14:textId="77777777" w:rsidR="00270054" w:rsidRPr="00943AC6" w:rsidRDefault="00F21E91">
            <w:pPr>
              <w:rPr>
                <w:sz w:val="24"/>
                <w:szCs w:val="24"/>
              </w:rPr>
            </w:pPr>
            <w:r w:rsidRPr="00943AC6">
              <w:rPr>
                <w:sz w:val="24"/>
                <w:szCs w:val="24"/>
              </w:rPr>
              <w:t>4. Make the Decision</w:t>
            </w:r>
          </w:p>
        </w:tc>
        <w:tc>
          <w:tcPr>
            <w:tcW w:w="5112" w:type="dxa"/>
            <w:shd w:val="clear" w:color="auto" w:fill="F2F7F5"/>
            <w:tcMar>
              <w:top w:w="90" w:type="dxa"/>
              <w:left w:w="90" w:type="dxa"/>
              <w:bottom w:w="90" w:type="dxa"/>
              <w:right w:w="90" w:type="dxa"/>
            </w:tcMar>
          </w:tcPr>
          <w:p w14:paraId="74E21EE7" w14:textId="77777777" w:rsidR="00270054" w:rsidRPr="00943AC6" w:rsidRDefault="00F21E91">
            <w:pPr>
              <w:rPr>
                <w:sz w:val="24"/>
                <w:szCs w:val="24"/>
              </w:rPr>
            </w:pPr>
            <w:r w:rsidRPr="00943AC6">
              <w:rPr>
                <w:sz w:val="24"/>
                <w:szCs w:val="24"/>
              </w:rPr>
              <w:t>Who best matches the established criteria?</w:t>
            </w:r>
          </w:p>
        </w:tc>
      </w:tr>
      <w:tr w:rsidR="00270054" w:rsidRPr="00943AC6" w14:paraId="133ABF9F" w14:textId="77777777">
        <w:trPr>
          <w:jc w:val="center"/>
        </w:trPr>
        <w:tc>
          <w:tcPr>
            <w:tcW w:w="5112" w:type="dxa"/>
            <w:tcMar>
              <w:top w:w="90" w:type="dxa"/>
              <w:left w:w="90" w:type="dxa"/>
              <w:bottom w:w="90" w:type="dxa"/>
              <w:right w:w="90" w:type="dxa"/>
            </w:tcMar>
          </w:tcPr>
          <w:p w14:paraId="23D212F9" w14:textId="77777777" w:rsidR="00270054" w:rsidRPr="00943AC6" w:rsidRDefault="00F21E91">
            <w:pPr>
              <w:rPr>
                <w:sz w:val="24"/>
                <w:szCs w:val="24"/>
              </w:rPr>
            </w:pPr>
            <w:r w:rsidRPr="00943AC6">
              <w:rPr>
                <w:sz w:val="24"/>
                <w:szCs w:val="24"/>
              </w:rPr>
              <w:t>5. Launch Success</w:t>
            </w:r>
          </w:p>
        </w:tc>
        <w:tc>
          <w:tcPr>
            <w:tcW w:w="5112" w:type="dxa"/>
            <w:tcMar>
              <w:top w:w="90" w:type="dxa"/>
              <w:left w:w="90" w:type="dxa"/>
              <w:bottom w:w="90" w:type="dxa"/>
              <w:right w:w="90" w:type="dxa"/>
            </w:tcMar>
          </w:tcPr>
          <w:p w14:paraId="4D2EB0A0" w14:textId="77777777" w:rsidR="00270054" w:rsidRPr="00943AC6" w:rsidRDefault="00F21E91">
            <w:pPr>
              <w:rPr>
                <w:sz w:val="24"/>
                <w:szCs w:val="24"/>
              </w:rPr>
            </w:pPr>
            <w:r w:rsidRPr="00943AC6">
              <w:rPr>
                <w:sz w:val="24"/>
                <w:szCs w:val="24"/>
              </w:rPr>
              <w:t>How will we set the new ED up to succeed?</w:t>
            </w:r>
          </w:p>
        </w:tc>
      </w:tr>
    </w:tbl>
    <w:p w14:paraId="4FD5F3E7" w14:textId="77777777" w:rsidR="00270054" w:rsidRDefault="00F21E91" w:rsidP="00943AC6">
      <w:pPr>
        <w:pStyle w:val="Header"/>
        <w:tabs>
          <w:tab w:val="clear" w:pos="4680"/>
          <w:tab w:val="clear" w:pos="9360"/>
        </w:tabs>
        <w:spacing w:after="200" w:line="276" w:lineRule="auto"/>
      </w:pPr>
      <w:r>
        <w:br w:type="page"/>
      </w:r>
    </w:p>
    <w:p w14:paraId="5DFAC726" w14:textId="77777777" w:rsidR="00270054" w:rsidRPr="00943AC6" w:rsidRDefault="00F21E91">
      <w:pPr>
        <w:pStyle w:val="Heading1"/>
        <w:rPr>
          <w:sz w:val="48"/>
          <w:szCs w:val="48"/>
        </w:rPr>
      </w:pPr>
      <w:r w:rsidRPr="00943AC6">
        <w:rPr>
          <w:sz w:val="48"/>
          <w:szCs w:val="48"/>
        </w:rPr>
        <w:lastRenderedPageBreak/>
        <w:t>Worksheet 1 — Executive Director Success Profile</w:t>
      </w:r>
    </w:p>
    <w:p w14:paraId="205A029B" w14:textId="77777777" w:rsidR="00943AC6" w:rsidRPr="00943AC6" w:rsidRDefault="00943AC6" w:rsidP="00943AC6"/>
    <w:p w14:paraId="78B6DBA9" w14:textId="77777777" w:rsidR="00270054" w:rsidRPr="00943AC6" w:rsidRDefault="00F21E91" w:rsidP="00943AC6">
      <w:pPr>
        <w:spacing w:after="120"/>
        <w:rPr>
          <w:sz w:val="24"/>
          <w:szCs w:val="24"/>
        </w:rPr>
      </w:pPr>
      <w:r w:rsidRPr="00943AC6">
        <w:rPr>
          <w:sz w:val="24"/>
          <w:szCs w:val="24"/>
        </w:rPr>
        <w:t xml:space="preserve">Complete this before drafting the recruitment announcement or screening applicants. Focus on the work </w:t>
      </w:r>
      <w:proofErr w:type="gramStart"/>
      <w:r w:rsidRPr="00943AC6">
        <w:rPr>
          <w:sz w:val="24"/>
          <w:szCs w:val="24"/>
        </w:rPr>
        <w:t>ahead—</w:t>
      </w:r>
      <w:proofErr w:type="gramEnd"/>
      <w:r w:rsidRPr="00943AC6">
        <w:rPr>
          <w:sz w:val="24"/>
          <w:szCs w:val="24"/>
        </w:rPr>
        <w:t>not simply the credentials of the prior Executive Director.</w:t>
      </w:r>
    </w:p>
    <w:p w14:paraId="1A15E0F3" w14:textId="77777777" w:rsidR="00270054" w:rsidRDefault="00F21E91">
      <w:pPr>
        <w:pStyle w:val="Heading2"/>
      </w:pPr>
      <w:r>
        <w:t>A. Organizational Snapshot</w:t>
      </w:r>
    </w:p>
    <w:tbl>
      <w:tblPr>
        <w:tblStyle w:val="TableGrid"/>
        <w:tblW w:w="0" w:type="auto"/>
        <w:jc w:val="center"/>
        <w:tblLook w:val="04A0" w:firstRow="1" w:lastRow="0" w:firstColumn="1" w:lastColumn="0" w:noHBand="0" w:noVBand="1"/>
      </w:tblPr>
      <w:tblGrid>
        <w:gridCol w:w="3405"/>
        <w:gridCol w:w="3405"/>
        <w:gridCol w:w="3404"/>
      </w:tblGrid>
      <w:tr w:rsidR="00270054" w:rsidRPr="00943AC6" w14:paraId="2377AAB2" w14:textId="77777777">
        <w:trPr>
          <w:jc w:val="center"/>
        </w:trPr>
        <w:tc>
          <w:tcPr>
            <w:tcW w:w="3408" w:type="dxa"/>
            <w:shd w:val="clear" w:color="auto" w:fill="163D38"/>
            <w:tcMar>
              <w:top w:w="90" w:type="dxa"/>
              <w:left w:w="90" w:type="dxa"/>
              <w:bottom w:w="90" w:type="dxa"/>
              <w:right w:w="90" w:type="dxa"/>
            </w:tcMar>
            <w:vAlign w:val="center"/>
          </w:tcPr>
          <w:p w14:paraId="54639C2C" w14:textId="77777777" w:rsidR="00270054" w:rsidRPr="00943AC6" w:rsidRDefault="00F21E91">
            <w:pPr>
              <w:rPr>
                <w:sz w:val="24"/>
                <w:szCs w:val="24"/>
              </w:rPr>
            </w:pPr>
            <w:r w:rsidRPr="00943AC6">
              <w:rPr>
                <w:b/>
                <w:color w:val="FFFFFF"/>
                <w:sz w:val="24"/>
                <w:szCs w:val="24"/>
              </w:rPr>
              <w:t>Area</w:t>
            </w:r>
          </w:p>
        </w:tc>
        <w:tc>
          <w:tcPr>
            <w:tcW w:w="3408" w:type="dxa"/>
            <w:shd w:val="clear" w:color="auto" w:fill="163D38"/>
            <w:tcMar>
              <w:top w:w="90" w:type="dxa"/>
              <w:left w:w="90" w:type="dxa"/>
              <w:bottom w:w="90" w:type="dxa"/>
              <w:right w:w="90" w:type="dxa"/>
            </w:tcMar>
            <w:vAlign w:val="center"/>
          </w:tcPr>
          <w:p w14:paraId="0C6B3248" w14:textId="77777777" w:rsidR="00270054" w:rsidRPr="00943AC6" w:rsidRDefault="00F21E91">
            <w:pPr>
              <w:rPr>
                <w:sz w:val="24"/>
                <w:szCs w:val="24"/>
              </w:rPr>
            </w:pPr>
            <w:r w:rsidRPr="00943AC6">
              <w:rPr>
                <w:b/>
                <w:color w:val="FFFFFF"/>
                <w:sz w:val="24"/>
                <w:szCs w:val="24"/>
              </w:rPr>
              <w:t>Current Condition / Key Issue</w:t>
            </w:r>
          </w:p>
        </w:tc>
        <w:tc>
          <w:tcPr>
            <w:tcW w:w="3408" w:type="dxa"/>
            <w:shd w:val="clear" w:color="auto" w:fill="163D38"/>
            <w:tcMar>
              <w:top w:w="90" w:type="dxa"/>
              <w:left w:w="90" w:type="dxa"/>
              <w:bottom w:w="90" w:type="dxa"/>
              <w:right w:w="90" w:type="dxa"/>
            </w:tcMar>
            <w:vAlign w:val="center"/>
          </w:tcPr>
          <w:p w14:paraId="0774B606" w14:textId="77777777" w:rsidR="00270054" w:rsidRPr="00943AC6" w:rsidRDefault="00F21E91">
            <w:pPr>
              <w:rPr>
                <w:sz w:val="24"/>
                <w:szCs w:val="24"/>
              </w:rPr>
            </w:pPr>
            <w:r w:rsidRPr="00943AC6">
              <w:rPr>
                <w:b/>
                <w:color w:val="FFFFFF"/>
                <w:sz w:val="24"/>
                <w:szCs w:val="24"/>
              </w:rPr>
              <w:t>What the Next ED Must Do</w:t>
            </w:r>
          </w:p>
        </w:tc>
      </w:tr>
      <w:tr w:rsidR="00270054" w:rsidRPr="00943AC6" w14:paraId="4E444C04" w14:textId="77777777">
        <w:trPr>
          <w:jc w:val="center"/>
        </w:trPr>
        <w:tc>
          <w:tcPr>
            <w:tcW w:w="3408" w:type="dxa"/>
            <w:tcMar>
              <w:top w:w="90" w:type="dxa"/>
              <w:left w:w="90" w:type="dxa"/>
              <w:bottom w:w="90" w:type="dxa"/>
              <w:right w:w="90" w:type="dxa"/>
            </w:tcMar>
          </w:tcPr>
          <w:p w14:paraId="40DC3014" w14:textId="77777777" w:rsidR="00270054" w:rsidRPr="00943AC6" w:rsidRDefault="00F21E91">
            <w:pPr>
              <w:rPr>
                <w:sz w:val="24"/>
                <w:szCs w:val="24"/>
              </w:rPr>
            </w:pPr>
            <w:r w:rsidRPr="00943AC6">
              <w:rPr>
                <w:sz w:val="24"/>
                <w:szCs w:val="24"/>
              </w:rPr>
              <w:t>HUD / regulatory</w:t>
            </w:r>
          </w:p>
        </w:tc>
        <w:tc>
          <w:tcPr>
            <w:tcW w:w="3408" w:type="dxa"/>
            <w:tcMar>
              <w:top w:w="90" w:type="dxa"/>
              <w:left w:w="90" w:type="dxa"/>
              <w:bottom w:w="90" w:type="dxa"/>
              <w:right w:w="90" w:type="dxa"/>
            </w:tcMar>
          </w:tcPr>
          <w:p w14:paraId="5A2D38B2" w14:textId="77777777" w:rsidR="00270054" w:rsidRPr="00943AC6" w:rsidRDefault="00270054">
            <w:pPr>
              <w:rPr>
                <w:sz w:val="24"/>
                <w:szCs w:val="24"/>
              </w:rPr>
            </w:pPr>
          </w:p>
        </w:tc>
        <w:tc>
          <w:tcPr>
            <w:tcW w:w="3408" w:type="dxa"/>
            <w:tcMar>
              <w:top w:w="90" w:type="dxa"/>
              <w:left w:w="90" w:type="dxa"/>
              <w:bottom w:w="90" w:type="dxa"/>
              <w:right w:w="90" w:type="dxa"/>
            </w:tcMar>
          </w:tcPr>
          <w:p w14:paraId="13E4DECE" w14:textId="77777777" w:rsidR="00270054" w:rsidRPr="00943AC6" w:rsidRDefault="00270054">
            <w:pPr>
              <w:rPr>
                <w:sz w:val="24"/>
                <w:szCs w:val="24"/>
              </w:rPr>
            </w:pPr>
          </w:p>
        </w:tc>
      </w:tr>
      <w:tr w:rsidR="00270054" w:rsidRPr="00943AC6" w14:paraId="79EBBA0E" w14:textId="77777777">
        <w:trPr>
          <w:jc w:val="center"/>
        </w:trPr>
        <w:tc>
          <w:tcPr>
            <w:tcW w:w="3408" w:type="dxa"/>
            <w:shd w:val="clear" w:color="auto" w:fill="F2F7F5"/>
            <w:tcMar>
              <w:top w:w="90" w:type="dxa"/>
              <w:left w:w="90" w:type="dxa"/>
              <w:bottom w:w="90" w:type="dxa"/>
              <w:right w:w="90" w:type="dxa"/>
            </w:tcMar>
          </w:tcPr>
          <w:p w14:paraId="2D2524B9" w14:textId="77777777" w:rsidR="00270054" w:rsidRPr="00943AC6" w:rsidRDefault="00F21E91">
            <w:pPr>
              <w:rPr>
                <w:sz w:val="24"/>
                <w:szCs w:val="24"/>
              </w:rPr>
            </w:pPr>
            <w:r w:rsidRPr="00943AC6">
              <w:rPr>
                <w:sz w:val="24"/>
                <w:szCs w:val="24"/>
              </w:rPr>
              <w:t>Financial</w:t>
            </w:r>
          </w:p>
        </w:tc>
        <w:tc>
          <w:tcPr>
            <w:tcW w:w="3408" w:type="dxa"/>
            <w:shd w:val="clear" w:color="auto" w:fill="F2F7F5"/>
            <w:tcMar>
              <w:top w:w="90" w:type="dxa"/>
              <w:left w:w="90" w:type="dxa"/>
              <w:bottom w:w="90" w:type="dxa"/>
              <w:right w:w="90" w:type="dxa"/>
            </w:tcMar>
          </w:tcPr>
          <w:p w14:paraId="04FE9CEF" w14:textId="77777777" w:rsidR="00270054" w:rsidRPr="00943AC6" w:rsidRDefault="00270054">
            <w:pPr>
              <w:rPr>
                <w:sz w:val="24"/>
                <w:szCs w:val="24"/>
              </w:rPr>
            </w:pPr>
          </w:p>
        </w:tc>
        <w:tc>
          <w:tcPr>
            <w:tcW w:w="3408" w:type="dxa"/>
            <w:shd w:val="clear" w:color="auto" w:fill="F2F7F5"/>
            <w:tcMar>
              <w:top w:w="90" w:type="dxa"/>
              <w:left w:w="90" w:type="dxa"/>
              <w:bottom w:w="90" w:type="dxa"/>
              <w:right w:w="90" w:type="dxa"/>
            </w:tcMar>
          </w:tcPr>
          <w:p w14:paraId="36D73A7E" w14:textId="77777777" w:rsidR="00270054" w:rsidRPr="00943AC6" w:rsidRDefault="00270054">
            <w:pPr>
              <w:rPr>
                <w:sz w:val="24"/>
                <w:szCs w:val="24"/>
              </w:rPr>
            </w:pPr>
          </w:p>
        </w:tc>
      </w:tr>
      <w:tr w:rsidR="00270054" w:rsidRPr="00943AC6" w14:paraId="6FFC2D74" w14:textId="77777777">
        <w:trPr>
          <w:jc w:val="center"/>
        </w:trPr>
        <w:tc>
          <w:tcPr>
            <w:tcW w:w="3408" w:type="dxa"/>
            <w:tcMar>
              <w:top w:w="90" w:type="dxa"/>
              <w:left w:w="90" w:type="dxa"/>
              <w:bottom w:w="90" w:type="dxa"/>
              <w:right w:w="90" w:type="dxa"/>
            </w:tcMar>
          </w:tcPr>
          <w:p w14:paraId="634D9376" w14:textId="77777777" w:rsidR="00270054" w:rsidRPr="00943AC6" w:rsidRDefault="00F21E91">
            <w:pPr>
              <w:rPr>
                <w:sz w:val="24"/>
                <w:szCs w:val="24"/>
              </w:rPr>
            </w:pPr>
            <w:r w:rsidRPr="00943AC6">
              <w:rPr>
                <w:sz w:val="24"/>
                <w:szCs w:val="24"/>
              </w:rPr>
              <w:t>Portfolio / physical assets</w:t>
            </w:r>
          </w:p>
        </w:tc>
        <w:tc>
          <w:tcPr>
            <w:tcW w:w="3408" w:type="dxa"/>
            <w:tcMar>
              <w:top w:w="90" w:type="dxa"/>
              <w:left w:w="90" w:type="dxa"/>
              <w:bottom w:w="90" w:type="dxa"/>
              <w:right w:w="90" w:type="dxa"/>
            </w:tcMar>
          </w:tcPr>
          <w:p w14:paraId="321EF0C2" w14:textId="77777777" w:rsidR="00270054" w:rsidRPr="00943AC6" w:rsidRDefault="00270054">
            <w:pPr>
              <w:rPr>
                <w:sz w:val="24"/>
                <w:szCs w:val="24"/>
              </w:rPr>
            </w:pPr>
          </w:p>
        </w:tc>
        <w:tc>
          <w:tcPr>
            <w:tcW w:w="3408" w:type="dxa"/>
            <w:tcMar>
              <w:top w:w="90" w:type="dxa"/>
              <w:left w:w="90" w:type="dxa"/>
              <w:bottom w:w="90" w:type="dxa"/>
              <w:right w:w="90" w:type="dxa"/>
            </w:tcMar>
          </w:tcPr>
          <w:p w14:paraId="6807029D" w14:textId="77777777" w:rsidR="00270054" w:rsidRPr="00943AC6" w:rsidRDefault="00270054">
            <w:pPr>
              <w:rPr>
                <w:sz w:val="24"/>
                <w:szCs w:val="24"/>
              </w:rPr>
            </w:pPr>
          </w:p>
        </w:tc>
      </w:tr>
      <w:tr w:rsidR="00270054" w:rsidRPr="00943AC6" w14:paraId="1053D6DE" w14:textId="77777777">
        <w:trPr>
          <w:jc w:val="center"/>
        </w:trPr>
        <w:tc>
          <w:tcPr>
            <w:tcW w:w="3408" w:type="dxa"/>
            <w:shd w:val="clear" w:color="auto" w:fill="F2F7F5"/>
            <w:tcMar>
              <w:top w:w="90" w:type="dxa"/>
              <w:left w:w="90" w:type="dxa"/>
              <w:bottom w:w="90" w:type="dxa"/>
              <w:right w:w="90" w:type="dxa"/>
            </w:tcMar>
          </w:tcPr>
          <w:p w14:paraId="3868B4FA" w14:textId="77777777" w:rsidR="00270054" w:rsidRPr="00943AC6" w:rsidRDefault="00F21E91">
            <w:pPr>
              <w:rPr>
                <w:sz w:val="24"/>
                <w:szCs w:val="24"/>
              </w:rPr>
            </w:pPr>
            <w:r w:rsidRPr="00943AC6">
              <w:rPr>
                <w:sz w:val="24"/>
                <w:szCs w:val="24"/>
              </w:rPr>
              <w:t>Staffing / culture</w:t>
            </w:r>
          </w:p>
        </w:tc>
        <w:tc>
          <w:tcPr>
            <w:tcW w:w="3408" w:type="dxa"/>
            <w:shd w:val="clear" w:color="auto" w:fill="F2F7F5"/>
            <w:tcMar>
              <w:top w:w="90" w:type="dxa"/>
              <w:left w:w="90" w:type="dxa"/>
              <w:bottom w:w="90" w:type="dxa"/>
              <w:right w:w="90" w:type="dxa"/>
            </w:tcMar>
          </w:tcPr>
          <w:p w14:paraId="23F39BC9" w14:textId="77777777" w:rsidR="00270054" w:rsidRPr="00943AC6" w:rsidRDefault="00270054">
            <w:pPr>
              <w:rPr>
                <w:sz w:val="24"/>
                <w:szCs w:val="24"/>
              </w:rPr>
            </w:pPr>
          </w:p>
        </w:tc>
        <w:tc>
          <w:tcPr>
            <w:tcW w:w="3408" w:type="dxa"/>
            <w:shd w:val="clear" w:color="auto" w:fill="F2F7F5"/>
            <w:tcMar>
              <w:top w:w="90" w:type="dxa"/>
              <w:left w:w="90" w:type="dxa"/>
              <w:bottom w:w="90" w:type="dxa"/>
              <w:right w:w="90" w:type="dxa"/>
            </w:tcMar>
          </w:tcPr>
          <w:p w14:paraId="53AC3400" w14:textId="77777777" w:rsidR="00270054" w:rsidRPr="00943AC6" w:rsidRDefault="00270054">
            <w:pPr>
              <w:rPr>
                <w:sz w:val="24"/>
                <w:szCs w:val="24"/>
              </w:rPr>
            </w:pPr>
          </w:p>
        </w:tc>
      </w:tr>
      <w:tr w:rsidR="00270054" w:rsidRPr="00943AC6" w14:paraId="1A4FA958" w14:textId="77777777">
        <w:trPr>
          <w:jc w:val="center"/>
        </w:trPr>
        <w:tc>
          <w:tcPr>
            <w:tcW w:w="3408" w:type="dxa"/>
            <w:tcMar>
              <w:top w:w="90" w:type="dxa"/>
              <w:left w:w="90" w:type="dxa"/>
              <w:bottom w:w="90" w:type="dxa"/>
              <w:right w:w="90" w:type="dxa"/>
            </w:tcMar>
          </w:tcPr>
          <w:p w14:paraId="7B66C794" w14:textId="77777777" w:rsidR="00270054" w:rsidRPr="00943AC6" w:rsidRDefault="00F21E91">
            <w:pPr>
              <w:rPr>
                <w:sz w:val="24"/>
                <w:szCs w:val="24"/>
              </w:rPr>
            </w:pPr>
            <w:r w:rsidRPr="00943AC6">
              <w:rPr>
                <w:sz w:val="24"/>
                <w:szCs w:val="24"/>
              </w:rPr>
              <w:t>Resident relations</w:t>
            </w:r>
          </w:p>
        </w:tc>
        <w:tc>
          <w:tcPr>
            <w:tcW w:w="3408" w:type="dxa"/>
            <w:tcMar>
              <w:top w:w="90" w:type="dxa"/>
              <w:left w:w="90" w:type="dxa"/>
              <w:bottom w:w="90" w:type="dxa"/>
              <w:right w:w="90" w:type="dxa"/>
            </w:tcMar>
          </w:tcPr>
          <w:p w14:paraId="31037D2A" w14:textId="77777777" w:rsidR="00270054" w:rsidRPr="00943AC6" w:rsidRDefault="00270054">
            <w:pPr>
              <w:rPr>
                <w:sz w:val="24"/>
                <w:szCs w:val="24"/>
              </w:rPr>
            </w:pPr>
          </w:p>
        </w:tc>
        <w:tc>
          <w:tcPr>
            <w:tcW w:w="3408" w:type="dxa"/>
            <w:tcMar>
              <w:top w:w="90" w:type="dxa"/>
              <w:left w:w="90" w:type="dxa"/>
              <w:bottom w:w="90" w:type="dxa"/>
              <w:right w:w="90" w:type="dxa"/>
            </w:tcMar>
          </w:tcPr>
          <w:p w14:paraId="6DE58C99" w14:textId="77777777" w:rsidR="00270054" w:rsidRPr="00943AC6" w:rsidRDefault="00270054">
            <w:pPr>
              <w:rPr>
                <w:sz w:val="24"/>
                <w:szCs w:val="24"/>
              </w:rPr>
            </w:pPr>
          </w:p>
        </w:tc>
      </w:tr>
      <w:tr w:rsidR="00270054" w:rsidRPr="00943AC6" w14:paraId="7BDA042A" w14:textId="77777777">
        <w:trPr>
          <w:jc w:val="center"/>
        </w:trPr>
        <w:tc>
          <w:tcPr>
            <w:tcW w:w="3408" w:type="dxa"/>
            <w:shd w:val="clear" w:color="auto" w:fill="F2F7F5"/>
            <w:tcMar>
              <w:top w:w="90" w:type="dxa"/>
              <w:left w:w="90" w:type="dxa"/>
              <w:bottom w:w="90" w:type="dxa"/>
              <w:right w:w="90" w:type="dxa"/>
            </w:tcMar>
          </w:tcPr>
          <w:p w14:paraId="7D204DD6" w14:textId="77777777" w:rsidR="00270054" w:rsidRPr="00943AC6" w:rsidRDefault="00F21E91">
            <w:pPr>
              <w:rPr>
                <w:sz w:val="24"/>
                <w:szCs w:val="24"/>
              </w:rPr>
            </w:pPr>
            <w:r w:rsidRPr="00943AC6">
              <w:rPr>
                <w:sz w:val="24"/>
                <w:szCs w:val="24"/>
              </w:rPr>
              <w:t>Board / governance</w:t>
            </w:r>
          </w:p>
        </w:tc>
        <w:tc>
          <w:tcPr>
            <w:tcW w:w="3408" w:type="dxa"/>
            <w:shd w:val="clear" w:color="auto" w:fill="F2F7F5"/>
            <w:tcMar>
              <w:top w:w="90" w:type="dxa"/>
              <w:left w:w="90" w:type="dxa"/>
              <w:bottom w:w="90" w:type="dxa"/>
              <w:right w:w="90" w:type="dxa"/>
            </w:tcMar>
          </w:tcPr>
          <w:p w14:paraId="5B5705C6" w14:textId="77777777" w:rsidR="00270054" w:rsidRPr="00943AC6" w:rsidRDefault="00270054">
            <w:pPr>
              <w:rPr>
                <w:sz w:val="24"/>
                <w:szCs w:val="24"/>
              </w:rPr>
            </w:pPr>
          </w:p>
        </w:tc>
        <w:tc>
          <w:tcPr>
            <w:tcW w:w="3408" w:type="dxa"/>
            <w:shd w:val="clear" w:color="auto" w:fill="F2F7F5"/>
            <w:tcMar>
              <w:top w:w="90" w:type="dxa"/>
              <w:left w:w="90" w:type="dxa"/>
              <w:bottom w:w="90" w:type="dxa"/>
              <w:right w:w="90" w:type="dxa"/>
            </w:tcMar>
          </w:tcPr>
          <w:p w14:paraId="348560A9" w14:textId="77777777" w:rsidR="00270054" w:rsidRPr="00943AC6" w:rsidRDefault="00270054">
            <w:pPr>
              <w:rPr>
                <w:sz w:val="24"/>
                <w:szCs w:val="24"/>
              </w:rPr>
            </w:pPr>
          </w:p>
        </w:tc>
      </w:tr>
      <w:tr w:rsidR="00270054" w:rsidRPr="00943AC6" w14:paraId="2A6FBEDF" w14:textId="77777777">
        <w:trPr>
          <w:jc w:val="center"/>
        </w:trPr>
        <w:tc>
          <w:tcPr>
            <w:tcW w:w="3408" w:type="dxa"/>
            <w:tcMar>
              <w:top w:w="90" w:type="dxa"/>
              <w:left w:w="90" w:type="dxa"/>
              <w:bottom w:w="90" w:type="dxa"/>
              <w:right w:w="90" w:type="dxa"/>
            </w:tcMar>
          </w:tcPr>
          <w:p w14:paraId="75DEB81D" w14:textId="77777777" w:rsidR="00270054" w:rsidRPr="00943AC6" w:rsidRDefault="00F21E91">
            <w:pPr>
              <w:rPr>
                <w:sz w:val="24"/>
                <w:szCs w:val="24"/>
              </w:rPr>
            </w:pPr>
            <w:r w:rsidRPr="00943AC6">
              <w:rPr>
                <w:sz w:val="24"/>
                <w:szCs w:val="24"/>
              </w:rPr>
              <w:t>Development / modernization</w:t>
            </w:r>
          </w:p>
        </w:tc>
        <w:tc>
          <w:tcPr>
            <w:tcW w:w="3408" w:type="dxa"/>
            <w:tcMar>
              <w:top w:w="90" w:type="dxa"/>
              <w:left w:w="90" w:type="dxa"/>
              <w:bottom w:w="90" w:type="dxa"/>
              <w:right w:w="90" w:type="dxa"/>
            </w:tcMar>
          </w:tcPr>
          <w:p w14:paraId="7C4A3049" w14:textId="77777777" w:rsidR="00270054" w:rsidRPr="00943AC6" w:rsidRDefault="00270054">
            <w:pPr>
              <w:rPr>
                <w:sz w:val="24"/>
                <w:szCs w:val="24"/>
              </w:rPr>
            </w:pPr>
          </w:p>
        </w:tc>
        <w:tc>
          <w:tcPr>
            <w:tcW w:w="3408" w:type="dxa"/>
            <w:tcMar>
              <w:top w:w="90" w:type="dxa"/>
              <w:left w:w="90" w:type="dxa"/>
              <w:bottom w:w="90" w:type="dxa"/>
              <w:right w:w="90" w:type="dxa"/>
            </w:tcMar>
          </w:tcPr>
          <w:p w14:paraId="452B552F" w14:textId="77777777" w:rsidR="00270054" w:rsidRPr="00943AC6" w:rsidRDefault="00270054">
            <w:pPr>
              <w:rPr>
                <w:sz w:val="24"/>
                <w:szCs w:val="24"/>
              </w:rPr>
            </w:pPr>
          </w:p>
        </w:tc>
      </w:tr>
      <w:tr w:rsidR="00270054" w:rsidRPr="00943AC6" w14:paraId="7166F40C" w14:textId="77777777">
        <w:trPr>
          <w:jc w:val="center"/>
        </w:trPr>
        <w:tc>
          <w:tcPr>
            <w:tcW w:w="3408" w:type="dxa"/>
            <w:shd w:val="clear" w:color="auto" w:fill="F2F7F5"/>
            <w:tcMar>
              <w:top w:w="90" w:type="dxa"/>
              <w:left w:w="90" w:type="dxa"/>
              <w:bottom w:w="90" w:type="dxa"/>
              <w:right w:w="90" w:type="dxa"/>
            </w:tcMar>
          </w:tcPr>
          <w:p w14:paraId="1BFA3FD7" w14:textId="77777777" w:rsidR="00270054" w:rsidRPr="00943AC6" w:rsidRDefault="00F21E91">
            <w:pPr>
              <w:rPr>
                <w:sz w:val="24"/>
                <w:szCs w:val="24"/>
              </w:rPr>
            </w:pPr>
            <w:r w:rsidRPr="00943AC6">
              <w:rPr>
                <w:sz w:val="24"/>
                <w:szCs w:val="24"/>
              </w:rPr>
              <w:t>Community / partnerships</w:t>
            </w:r>
          </w:p>
        </w:tc>
        <w:tc>
          <w:tcPr>
            <w:tcW w:w="3408" w:type="dxa"/>
            <w:shd w:val="clear" w:color="auto" w:fill="F2F7F5"/>
            <w:tcMar>
              <w:top w:w="90" w:type="dxa"/>
              <w:left w:w="90" w:type="dxa"/>
              <w:bottom w:w="90" w:type="dxa"/>
              <w:right w:w="90" w:type="dxa"/>
            </w:tcMar>
          </w:tcPr>
          <w:p w14:paraId="6A6FD1E0" w14:textId="77777777" w:rsidR="00270054" w:rsidRPr="00943AC6" w:rsidRDefault="00270054">
            <w:pPr>
              <w:rPr>
                <w:sz w:val="24"/>
                <w:szCs w:val="24"/>
              </w:rPr>
            </w:pPr>
          </w:p>
        </w:tc>
        <w:tc>
          <w:tcPr>
            <w:tcW w:w="3408" w:type="dxa"/>
            <w:shd w:val="clear" w:color="auto" w:fill="F2F7F5"/>
            <w:tcMar>
              <w:top w:w="90" w:type="dxa"/>
              <w:left w:w="90" w:type="dxa"/>
              <w:bottom w:w="90" w:type="dxa"/>
              <w:right w:w="90" w:type="dxa"/>
            </w:tcMar>
          </w:tcPr>
          <w:p w14:paraId="5ED3761C" w14:textId="77777777" w:rsidR="00270054" w:rsidRPr="00943AC6" w:rsidRDefault="00270054">
            <w:pPr>
              <w:rPr>
                <w:sz w:val="24"/>
                <w:szCs w:val="24"/>
              </w:rPr>
            </w:pPr>
          </w:p>
        </w:tc>
      </w:tr>
    </w:tbl>
    <w:p w14:paraId="15AD756F" w14:textId="77777777" w:rsidR="00270054" w:rsidRDefault="00F21E91">
      <w:pPr>
        <w:pStyle w:val="Heading2"/>
      </w:pPr>
      <w:r>
        <w:t>B. The 3–5 Year Leadership Challenge</w:t>
      </w:r>
    </w:p>
    <w:p w14:paraId="3A7EED94" w14:textId="77777777" w:rsidR="00270054" w:rsidRPr="00943AC6" w:rsidRDefault="00F21E91">
      <w:pPr>
        <w:spacing w:after="120"/>
        <w:rPr>
          <w:sz w:val="24"/>
          <w:szCs w:val="24"/>
        </w:rPr>
      </w:pPr>
      <w:r w:rsidRPr="00943AC6">
        <w:rPr>
          <w:sz w:val="24"/>
          <w:szCs w:val="24"/>
        </w:rPr>
        <w:t>What are the three most important outcomes the next Executive Director must help the authority achieve?</w:t>
      </w:r>
    </w:p>
    <w:p w14:paraId="326D20D5" w14:textId="77777777" w:rsidR="00270054" w:rsidRPr="00943AC6" w:rsidRDefault="00F21E91">
      <w:pPr>
        <w:spacing w:after="60"/>
        <w:rPr>
          <w:sz w:val="24"/>
          <w:szCs w:val="24"/>
        </w:rPr>
      </w:pPr>
      <w:r w:rsidRPr="00943AC6">
        <w:rPr>
          <w:color w:val="AEBDB8"/>
          <w:sz w:val="24"/>
          <w:szCs w:val="24"/>
        </w:rPr>
        <w:t>________________________________________________________________________________</w:t>
      </w:r>
    </w:p>
    <w:p w14:paraId="1F914B98" w14:textId="77777777" w:rsidR="00270054" w:rsidRPr="00943AC6" w:rsidRDefault="00F21E91">
      <w:pPr>
        <w:spacing w:after="60"/>
        <w:rPr>
          <w:sz w:val="24"/>
          <w:szCs w:val="24"/>
        </w:rPr>
      </w:pPr>
      <w:r w:rsidRPr="00943AC6">
        <w:rPr>
          <w:color w:val="AEBDB8"/>
          <w:sz w:val="24"/>
          <w:szCs w:val="24"/>
        </w:rPr>
        <w:t>________________________________________________________________________________</w:t>
      </w:r>
    </w:p>
    <w:p w14:paraId="240DD33F" w14:textId="77777777" w:rsidR="00270054" w:rsidRPr="00943AC6" w:rsidRDefault="00F21E91">
      <w:pPr>
        <w:spacing w:after="60"/>
        <w:rPr>
          <w:sz w:val="24"/>
          <w:szCs w:val="24"/>
        </w:rPr>
      </w:pPr>
      <w:r w:rsidRPr="00943AC6">
        <w:rPr>
          <w:color w:val="AEBDB8"/>
          <w:sz w:val="24"/>
          <w:szCs w:val="24"/>
        </w:rPr>
        <w:t>________________________________________________________________________________</w:t>
      </w:r>
    </w:p>
    <w:p w14:paraId="416DE73C" w14:textId="77777777" w:rsidR="00270054" w:rsidRPr="00943AC6" w:rsidRDefault="00F21E91">
      <w:pPr>
        <w:spacing w:after="60"/>
        <w:rPr>
          <w:sz w:val="24"/>
          <w:szCs w:val="24"/>
        </w:rPr>
      </w:pPr>
      <w:r w:rsidRPr="00943AC6">
        <w:rPr>
          <w:color w:val="AEBDB8"/>
          <w:sz w:val="24"/>
          <w:szCs w:val="24"/>
        </w:rPr>
        <w:t>________________________________________________________________________________</w:t>
      </w:r>
    </w:p>
    <w:p w14:paraId="304CD059" w14:textId="77777777" w:rsidR="00270054" w:rsidRPr="00943AC6" w:rsidRDefault="00F21E91">
      <w:pPr>
        <w:spacing w:after="60"/>
        <w:rPr>
          <w:sz w:val="24"/>
          <w:szCs w:val="24"/>
        </w:rPr>
      </w:pPr>
      <w:r w:rsidRPr="00943AC6">
        <w:rPr>
          <w:color w:val="AEBDB8"/>
          <w:sz w:val="24"/>
          <w:szCs w:val="24"/>
        </w:rPr>
        <w:t>________________________________________________________________________________</w:t>
      </w:r>
    </w:p>
    <w:p w14:paraId="0DE1C139" w14:textId="77777777" w:rsidR="00270054" w:rsidRDefault="00F21E91">
      <w:r>
        <w:br w:type="page"/>
      </w:r>
    </w:p>
    <w:p w14:paraId="28BE67D9" w14:textId="77777777" w:rsidR="00270054" w:rsidRPr="00943AC6" w:rsidRDefault="00F21E91">
      <w:pPr>
        <w:pStyle w:val="Heading1"/>
        <w:rPr>
          <w:sz w:val="48"/>
          <w:szCs w:val="48"/>
        </w:rPr>
      </w:pPr>
      <w:r w:rsidRPr="00943AC6">
        <w:rPr>
          <w:sz w:val="48"/>
          <w:szCs w:val="48"/>
        </w:rPr>
        <w:lastRenderedPageBreak/>
        <w:t>Worksheet 2 — Must-Haves, Preferences &amp; Deal Breakers</w:t>
      </w:r>
    </w:p>
    <w:tbl>
      <w:tblPr>
        <w:tblStyle w:val="TableGrid"/>
        <w:tblW w:w="0" w:type="auto"/>
        <w:jc w:val="center"/>
        <w:tblLook w:val="04A0" w:firstRow="1" w:lastRow="0" w:firstColumn="1" w:lastColumn="0" w:noHBand="0" w:noVBand="1"/>
      </w:tblPr>
      <w:tblGrid>
        <w:gridCol w:w="5107"/>
        <w:gridCol w:w="5107"/>
      </w:tblGrid>
      <w:tr w:rsidR="00270054" w:rsidRPr="00943AC6" w14:paraId="623FADC9" w14:textId="77777777">
        <w:trPr>
          <w:jc w:val="center"/>
        </w:trPr>
        <w:tc>
          <w:tcPr>
            <w:tcW w:w="5112" w:type="dxa"/>
            <w:shd w:val="clear" w:color="auto" w:fill="163D38"/>
            <w:tcMar>
              <w:top w:w="90" w:type="dxa"/>
              <w:left w:w="90" w:type="dxa"/>
              <w:bottom w:w="90" w:type="dxa"/>
              <w:right w:w="90" w:type="dxa"/>
            </w:tcMar>
            <w:vAlign w:val="center"/>
          </w:tcPr>
          <w:p w14:paraId="2BA2B5E4" w14:textId="77777777" w:rsidR="00270054" w:rsidRPr="00943AC6" w:rsidRDefault="00F21E91">
            <w:pPr>
              <w:rPr>
                <w:sz w:val="24"/>
                <w:szCs w:val="24"/>
              </w:rPr>
            </w:pPr>
            <w:r w:rsidRPr="00943AC6">
              <w:rPr>
                <w:b/>
                <w:color w:val="FFFFFF"/>
                <w:sz w:val="24"/>
                <w:szCs w:val="24"/>
              </w:rPr>
              <w:t>Category</w:t>
            </w:r>
          </w:p>
        </w:tc>
        <w:tc>
          <w:tcPr>
            <w:tcW w:w="5112" w:type="dxa"/>
            <w:shd w:val="clear" w:color="auto" w:fill="163D38"/>
            <w:tcMar>
              <w:top w:w="90" w:type="dxa"/>
              <w:left w:w="90" w:type="dxa"/>
              <w:bottom w:w="90" w:type="dxa"/>
              <w:right w:w="90" w:type="dxa"/>
            </w:tcMar>
            <w:vAlign w:val="center"/>
          </w:tcPr>
          <w:p w14:paraId="1C28BF4D" w14:textId="77777777" w:rsidR="00270054" w:rsidRPr="00943AC6" w:rsidRDefault="00F21E91">
            <w:pPr>
              <w:rPr>
                <w:sz w:val="24"/>
                <w:szCs w:val="24"/>
              </w:rPr>
            </w:pPr>
            <w:r w:rsidRPr="00943AC6">
              <w:rPr>
                <w:b/>
                <w:color w:val="FFFFFF"/>
                <w:sz w:val="24"/>
                <w:szCs w:val="24"/>
              </w:rPr>
              <w:t>Your Criteria</w:t>
            </w:r>
          </w:p>
        </w:tc>
      </w:tr>
      <w:tr w:rsidR="00270054" w:rsidRPr="00943AC6" w14:paraId="649DF9F0" w14:textId="77777777">
        <w:trPr>
          <w:jc w:val="center"/>
        </w:trPr>
        <w:tc>
          <w:tcPr>
            <w:tcW w:w="5112" w:type="dxa"/>
            <w:tcMar>
              <w:top w:w="90" w:type="dxa"/>
              <w:left w:w="90" w:type="dxa"/>
              <w:bottom w:w="90" w:type="dxa"/>
              <w:right w:w="90" w:type="dxa"/>
            </w:tcMar>
          </w:tcPr>
          <w:p w14:paraId="3FFAD66E" w14:textId="77777777" w:rsidR="00270054" w:rsidRPr="00943AC6" w:rsidRDefault="00F21E91">
            <w:pPr>
              <w:rPr>
                <w:sz w:val="24"/>
                <w:szCs w:val="24"/>
              </w:rPr>
            </w:pPr>
            <w:r w:rsidRPr="00943AC6">
              <w:rPr>
                <w:sz w:val="24"/>
                <w:szCs w:val="24"/>
              </w:rPr>
              <w:t>Three must-have competencies</w:t>
            </w:r>
          </w:p>
        </w:tc>
        <w:tc>
          <w:tcPr>
            <w:tcW w:w="5112" w:type="dxa"/>
            <w:tcMar>
              <w:top w:w="90" w:type="dxa"/>
              <w:left w:w="90" w:type="dxa"/>
              <w:bottom w:w="90" w:type="dxa"/>
              <w:right w:w="90" w:type="dxa"/>
            </w:tcMar>
          </w:tcPr>
          <w:p w14:paraId="15010EB5" w14:textId="77777777" w:rsidR="00270054" w:rsidRPr="00943AC6" w:rsidRDefault="00F21E91">
            <w:pPr>
              <w:rPr>
                <w:sz w:val="24"/>
                <w:szCs w:val="24"/>
              </w:rPr>
            </w:pPr>
            <w:r w:rsidRPr="00943AC6">
              <w:rPr>
                <w:sz w:val="24"/>
                <w:szCs w:val="24"/>
              </w:rPr>
              <w:t>1.</w:t>
            </w:r>
            <w:r w:rsidRPr="00943AC6">
              <w:rPr>
                <w:sz w:val="24"/>
                <w:szCs w:val="24"/>
              </w:rPr>
              <w:br/>
            </w:r>
            <w:r w:rsidRPr="00943AC6">
              <w:rPr>
                <w:sz w:val="24"/>
                <w:szCs w:val="24"/>
              </w:rPr>
              <w:br/>
              <w:t>2.</w:t>
            </w:r>
            <w:r w:rsidRPr="00943AC6">
              <w:rPr>
                <w:sz w:val="24"/>
                <w:szCs w:val="24"/>
              </w:rPr>
              <w:br/>
            </w:r>
            <w:r w:rsidRPr="00943AC6">
              <w:rPr>
                <w:sz w:val="24"/>
                <w:szCs w:val="24"/>
              </w:rPr>
              <w:br/>
              <w:t>3.</w:t>
            </w:r>
          </w:p>
        </w:tc>
      </w:tr>
      <w:tr w:rsidR="00270054" w:rsidRPr="00943AC6" w14:paraId="0A93BEF9" w14:textId="77777777">
        <w:trPr>
          <w:jc w:val="center"/>
        </w:trPr>
        <w:tc>
          <w:tcPr>
            <w:tcW w:w="5112" w:type="dxa"/>
            <w:shd w:val="clear" w:color="auto" w:fill="F2F7F5"/>
            <w:tcMar>
              <w:top w:w="90" w:type="dxa"/>
              <w:left w:w="90" w:type="dxa"/>
              <w:bottom w:w="90" w:type="dxa"/>
              <w:right w:w="90" w:type="dxa"/>
            </w:tcMar>
          </w:tcPr>
          <w:p w14:paraId="1B8A5145" w14:textId="77777777" w:rsidR="00270054" w:rsidRPr="00943AC6" w:rsidRDefault="00F21E91">
            <w:pPr>
              <w:rPr>
                <w:sz w:val="24"/>
                <w:szCs w:val="24"/>
              </w:rPr>
            </w:pPr>
            <w:r w:rsidRPr="00943AC6">
              <w:rPr>
                <w:sz w:val="24"/>
                <w:szCs w:val="24"/>
              </w:rPr>
              <w:t>Three preferred competencies</w:t>
            </w:r>
          </w:p>
        </w:tc>
        <w:tc>
          <w:tcPr>
            <w:tcW w:w="5112" w:type="dxa"/>
            <w:shd w:val="clear" w:color="auto" w:fill="F2F7F5"/>
            <w:tcMar>
              <w:top w:w="90" w:type="dxa"/>
              <w:left w:w="90" w:type="dxa"/>
              <w:bottom w:w="90" w:type="dxa"/>
              <w:right w:w="90" w:type="dxa"/>
            </w:tcMar>
          </w:tcPr>
          <w:p w14:paraId="245C78D1" w14:textId="77777777" w:rsidR="00270054" w:rsidRPr="00943AC6" w:rsidRDefault="00F21E91">
            <w:pPr>
              <w:rPr>
                <w:sz w:val="24"/>
                <w:szCs w:val="24"/>
              </w:rPr>
            </w:pPr>
            <w:r w:rsidRPr="00943AC6">
              <w:rPr>
                <w:sz w:val="24"/>
                <w:szCs w:val="24"/>
              </w:rPr>
              <w:t>1.</w:t>
            </w:r>
            <w:r w:rsidRPr="00943AC6">
              <w:rPr>
                <w:sz w:val="24"/>
                <w:szCs w:val="24"/>
              </w:rPr>
              <w:br/>
            </w:r>
            <w:r w:rsidRPr="00943AC6">
              <w:rPr>
                <w:sz w:val="24"/>
                <w:szCs w:val="24"/>
              </w:rPr>
              <w:br/>
              <w:t>2.</w:t>
            </w:r>
            <w:r w:rsidRPr="00943AC6">
              <w:rPr>
                <w:sz w:val="24"/>
                <w:szCs w:val="24"/>
              </w:rPr>
              <w:br/>
            </w:r>
            <w:r w:rsidRPr="00943AC6">
              <w:rPr>
                <w:sz w:val="24"/>
                <w:szCs w:val="24"/>
              </w:rPr>
              <w:br/>
              <w:t>3.</w:t>
            </w:r>
          </w:p>
        </w:tc>
      </w:tr>
      <w:tr w:rsidR="00270054" w:rsidRPr="00943AC6" w14:paraId="33792174" w14:textId="77777777">
        <w:trPr>
          <w:jc w:val="center"/>
        </w:trPr>
        <w:tc>
          <w:tcPr>
            <w:tcW w:w="5112" w:type="dxa"/>
            <w:tcMar>
              <w:top w:w="90" w:type="dxa"/>
              <w:left w:w="90" w:type="dxa"/>
              <w:bottom w:w="90" w:type="dxa"/>
              <w:right w:w="90" w:type="dxa"/>
            </w:tcMar>
          </w:tcPr>
          <w:p w14:paraId="61121026" w14:textId="77777777" w:rsidR="00270054" w:rsidRPr="00943AC6" w:rsidRDefault="00F21E91">
            <w:pPr>
              <w:rPr>
                <w:sz w:val="24"/>
                <w:szCs w:val="24"/>
              </w:rPr>
            </w:pPr>
            <w:r w:rsidRPr="00943AC6">
              <w:rPr>
                <w:sz w:val="24"/>
                <w:szCs w:val="24"/>
              </w:rPr>
              <w:t>Three leadership characteristics</w:t>
            </w:r>
          </w:p>
        </w:tc>
        <w:tc>
          <w:tcPr>
            <w:tcW w:w="5112" w:type="dxa"/>
            <w:tcMar>
              <w:top w:w="90" w:type="dxa"/>
              <w:left w:w="90" w:type="dxa"/>
              <w:bottom w:w="90" w:type="dxa"/>
              <w:right w:w="90" w:type="dxa"/>
            </w:tcMar>
          </w:tcPr>
          <w:p w14:paraId="0D027CC4" w14:textId="77777777" w:rsidR="00270054" w:rsidRPr="00943AC6" w:rsidRDefault="00F21E91">
            <w:pPr>
              <w:rPr>
                <w:sz w:val="24"/>
                <w:szCs w:val="24"/>
              </w:rPr>
            </w:pPr>
            <w:r w:rsidRPr="00943AC6">
              <w:rPr>
                <w:sz w:val="24"/>
                <w:szCs w:val="24"/>
              </w:rPr>
              <w:t>1.</w:t>
            </w:r>
            <w:r w:rsidRPr="00943AC6">
              <w:rPr>
                <w:sz w:val="24"/>
                <w:szCs w:val="24"/>
              </w:rPr>
              <w:br/>
            </w:r>
            <w:r w:rsidRPr="00943AC6">
              <w:rPr>
                <w:sz w:val="24"/>
                <w:szCs w:val="24"/>
              </w:rPr>
              <w:br/>
              <w:t>2.</w:t>
            </w:r>
            <w:r w:rsidRPr="00943AC6">
              <w:rPr>
                <w:sz w:val="24"/>
                <w:szCs w:val="24"/>
              </w:rPr>
              <w:br/>
            </w:r>
            <w:r w:rsidRPr="00943AC6">
              <w:rPr>
                <w:sz w:val="24"/>
                <w:szCs w:val="24"/>
              </w:rPr>
              <w:br/>
              <w:t>3.</w:t>
            </w:r>
          </w:p>
        </w:tc>
      </w:tr>
      <w:tr w:rsidR="00270054" w:rsidRPr="00943AC6" w14:paraId="62F45C80" w14:textId="77777777">
        <w:trPr>
          <w:jc w:val="center"/>
        </w:trPr>
        <w:tc>
          <w:tcPr>
            <w:tcW w:w="5112" w:type="dxa"/>
            <w:shd w:val="clear" w:color="auto" w:fill="F2F7F5"/>
            <w:tcMar>
              <w:top w:w="90" w:type="dxa"/>
              <w:left w:w="90" w:type="dxa"/>
              <w:bottom w:w="90" w:type="dxa"/>
              <w:right w:w="90" w:type="dxa"/>
            </w:tcMar>
          </w:tcPr>
          <w:p w14:paraId="49052619" w14:textId="77777777" w:rsidR="00270054" w:rsidRPr="00943AC6" w:rsidRDefault="00F21E91">
            <w:pPr>
              <w:rPr>
                <w:sz w:val="24"/>
                <w:szCs w:val="24"/>
              </w:rPr>
            </w:pPr>
            <w:r w:rsidRPr="00943AC6">
              <w:rPr>
                <w:sz w:val="24"/>
                <w:szCs w:val="24"/>
              </w:rPr>
              <w:t>Potential deal breaker</w:t>
            </w:r>
          </w:p>
        </w:tc>
        <w:tc>
          <w:tcPr>
            <w:tcW w:w="5112" w:type="dxa"/>
            <w:shd w:val="clear" w:color="auto" w:fill="F2F7F5"/>
            <w:tcMar>
              <w:top w:w="90" w:type="dxa"/>
              <w:left w:w="90" w:type="dxa"/>
              <w:bottom w:w="90" w:type="dxa"/>
              <w:right w:w="90" w:type="dxa"/>
            </w:tcMar>
          </w:tcPr>
          <w:p w14:paraId="65936772" w14:textId="77777777" w:rsidR="00270054" w:rsidRPr="00943AC6" w:rsidRDefault="00F21E91">
            <w:pPr>
              <w:rPr>
                <w:sz w:val="24"/>
                <w:szCs w:val="24"/>
              </w:rPr>
            </w:pPr>
            <w:r w:rsidRPr="00943AC6">
              <w:rPr>
                <w:sz w:val="24"/>
                <w:szCs w:val="24"/>
              </w:rPr>
              <w:t>1.</w:t>
            </w:r>
          </w:p>
        </w:tc>
      </w:tr>
    </w:tbl>
    <w:p w14:paraId="538D7D68" w14:textId="77777777" w:rsidR="00270054" w:rsidRDefault="00F21E91">
      <w:pPr>
        <w:pStyle w:val="Heading2"/>
      </w:pPr>
      <w:r>
        <w:t>Technical Knowledge to Prioritize</w:t>
      </w:r>
    </w:p>
    <w:p w14:paraId="7610CFA0" w14:textId="77777777" w:rsidR="00270054" w:rsidRPr="00943AC6" w:rsidRDefault="00F21E91">
      <w:pPr>
        <w:spacing w:after="120"/>
        <w:rPr>
          <w:sz w:val="24"/>
          <w:szCs w:val="24"/>
        </w:rPr>
      </w:pPr>
      <w:r w:rsidRPr="00943AC6">
        <w:rPr>
          <w:sz w:val="24"/>
          <w:szCs w:val="24"/>
        </w:rPr>
        <w:t>Circle or mark the areas that matter most for this search:</w:t>
      </w:r>
    </w:p>
    <w:p w14:paraId="7DFA2CF3" w14:textId="77777777" w:rsidR="00270054" w:rsidRPr="00943AC6" w:rsidRDefault="00F21E91">
      <w:pPr>
        <w:pStyle w:val="ListBullet"/>
        <w:spacing w:after="60"/>
        <w:rPr>
          <w:sz w:val="24"/>
          <w:szCs w:val="24"/>
        </w:rPr>
      </w:pPr>
      <w:r w:rsidRPr="00943AC6">
        <w:rPr>
          <w:sz w:val="24"/>
          <w:szCs w:val="24"/>
        </w:rPr>
        <w:t>HUD programs and compliance</w:t>
      </w:r>
    </w:p>
    <w:p w14:paraId="019B61FD" w14:textId="77777777" w:rsidR="00270054" w:rsidRPr="00943AC6" w:rsidRDefault="00F21E91">
      <w:pPr>
        <w:pStyle w:val="ListBullet"/>
        <w:spacing w:after="60"/>
        <w:rPr>
          <w:sz w:val="24"/>
          <w:szCs w:val="24"/>
        </w:rPr>
      </w:pPr>
      <w:r w:rsidRPr="00943AC6">
        <w:rPr>
          <w:sz w:val="24"/>
          <w:szCs w:val="24"/>
        </w:rPr>
        <w:t>Finance and budgeting</w:t>
      </w:r>
    </w:p>
    <w:p w14:paraId="410AD631" w14:textId="77777777" w:rsidR="00270054" w:rsidRPr="00943AC6" w:rsidRDefault="00F21E91">
      <w:pPr>
        <w:pStyle w:val="ListBullet"/>
        <w:spacing w:after="60"/>
        <w:rPr>
          <w:sz w:val="24"/>
          <w:szCs w:val="24"/>
        </w:rPr>
      </w:pPr>
      <w:r w:rsidRPr="00943AC6">
        <w:rPr>
          <w:sz w:val="24"/>
          <w:szCs w:val="24"/>
        </w:rPr>
        <w:t>Property / asset management</w:t>
      </w:r>
    </w:p>
    <w:p w14:paraId="57C7E0E1" w14:textId="77777777" w:rsidR="00270054" w:rsidRPr="00943AC6" w:rsidRDefault="00F21E91">
      <w:pPr>
        <w:pStyle w:val="ListBullet"/>
        <w:spacing w:after="60"/>
        <w:rPr>
          <w:sz w:val="24"/>
          <w:szCs w:val="24"/>
        </w:rPr>
      </w:pPr>
      <w:r w:rsidRPr="00943AC6">
        <w:rPr>
          <w:sz w:val="24"/>
          <w:szCs w:val="24"/>
        </w:rPr>
        <w:t>Development and modernization</w:t>
      </w:r>
    </w:p>
    <w:p w14:paraId="2A0AFD31" w14:textId="77777777" w:rsidR="00270054" w:rsidRPr="00943AC6" w:rsidRDefault="00F21E91">
      <w:pPr>
        <w:pStyle w:val="ListBullet"/>
        <w:spacing w:after="60"/>
        <w:rPr>
          <w:sz w:val="24"/>
          <w:szCs w:val="24"/>
        </w:rPr>
      </w:pPr>
      <w:r w:rsidRPr="00943AC6">
        <w:rPr>
          <w:sz w:val="24"/>
          <w:szCs w:val="24"/>
        </w:rPr>
        <w:t>Procurement and contracting</w:t>
      </w:r>
    </w:p>
    <w:p w14:paraId="02A01865" w14:textId="77777777" w:rsidR="00270054" w:rsidRPr="00943AC6" w:rsidRDefault="00F21E91">
      <w:pPr>
        <w:pStyle w:val="ListBullet"/>
        <w:spacing w:after="60"/>
        <w:rPr>
          <w:sz w:val="24"/>
          <w:szCs w:val="24"/>
        </w:rPr>
      </w:pPr>
      <w:r w:rsidRPr="00943AC6">
        <w:rPr>
          <w:sz w:val="24"/>
          <w:szCs w:val="24"/>
        </w:rPr>
        <w:t>Human resources / labor relations</w:t>
      </w:r>
    </w:p>
    <w:p w14:paraId="52D49B21" w14:textId="77777777" w:rsidR="00270054" w:rsidRPr="00943AC6" w:rsidRDefault="00F21E91">
      <w:pPr>
        <w:pStyle w:val="ListBullet"/>
        <w:spacing w:after="60"/>
        <w:rPr>
          <w:sz w:val="24"/>
          <w:szCs w:val="24"/>
        </w:rPr>
      </w:pPr>
      <w:r w:rsidRPr="00943AC6">
        <w:rPr>
          <w:sz w:val="24"/>
          <w:szCs w:val="24"/>
        </w:rPr>
        <w:t>Fair housing and resident relations</w:t>
      </w:r>
    </w:p>
    <w:p w14:paraId="415022EC" w14:textId="77777777" w:rsidR="00270054" w:rsidRPr="00943AC6" w:rsidRDefault="00F21E91">
      <w:pPr>
        <w:pStyle w:val="ListBullet"/>
        <w:spacing w:after="60"/>
        <w:rPr>
          <w:sz w:val="24"/>
          <w:szCs w:val="24"/>
        </w:rPr>
      </w:pPr>
      <w:r w:rsidRPr="00943AC6">
        <w:rPr>
          <w:sz w:val="24"/>
          <w:szCs w:val="24"/>
        </w:rPr>
        <w:t>Community and governmental partnerships</w:t>
      </w:r>
    </w:p>
    <w:p w14:paraId="3A5891B9" w14:textId="77777777" w:rsidR="00270054" w:rsidRPr="00943AC6" w:rsidRDefault="00F21E91">
      <w:pPr>
        <w:pStyle w:val="ListBullet"/>
        <w:spacing w:after="60"/>
        <w:rPr>
          <w:sz w:val="24"/>
          <w:szCs w:val="24"/>
        </w:rPr>
      </w:pPr>
      <w:r w:rsidRPr="00943AC6">
        <w:rPr>
          <w:sz w:val="24"/>
          <w:szCs w:val="24"/>
        </w:rPr>
        <w:t>Other: ______________________________</w:t>
      </w:r>
    </w:p>
    <w:p w14:paraId="72DB45D0" w14:textId="77777777" w:rsidR="00270054" w:rsidRDefault="00F21E91">
      <w:r>
        <w:br w:type="page"/>
      </w:r>
    </w:p>
    <w:p w14:paraId="61123412" w14:textId="77777777" w:rsidR="00270054" w:rsidRPr="00943AC6" w:rsidRDefault="00F21E91">
      <w:pPr>
        <w:pStyle w:val="Heading1"/>
        <w:rPr>
          <w:sz w:val="48"/>
          <w:szCs w:val="48"/>
        </w:rPr>
      </w:pPr>
      <w:r w:rsidRPr="00943AC6">
        <w:rPr>
          <w:sz w:val="48"/>
          <w:szCs w:val="48"/>
        </w:rPr>
        <w:lastRenderedPageBreak/>
        <w:t>Tool 1 — Executive Director Recruitment &amp; Selection Checklist</w:t>
      </w:r>
    </w:p>
    <w:p w14:paraId="12648BF4" w14:textId="77777777" w:rsidR="00270054" w:rsidRPr="00943AC6" w:rsidRDefault="00F21E91">
      <w:pPr>
        <w:rPr>
          <w:sz w:val="24"/>
          <w:szCs w:val="24"/>
        </w:rPr>
      </w:pPr>
      <w:r w:rsidRPr="00943AC6">
        <w:rPr>
          <w:sz w:val="24"/>
          <w:szCs w:val="24"/>
        </w:rPr>
        <w:t>☐  Board confirms organizational needs and search goals</w:t>
      </w:r>
    </w:p>
    <w:p w14:paraId="3659DB52" w14:textId="77777777" w:rsidR="00270054" w:rsidRPr="00943AC6" w:rsidRDefault="00F21E91">
      <w:pPr>
        <w:rPr>
          <w:sz w:val="24"/>
          <w:szCs w:val="24"/>
        </w:rPr>
      </w:pPr>
      <w:r w:rsidRPr="00943AC6">
        <w:rPr>
          <w:sz w:val="24"/>
          <w:szCs w:val="24"/>
        </w:rPr>
        <w:t>☐  Job description reviewed and updated</w:t>
      </w:r>
    </w:p>
    <w:p w14:paraId="303F9DCD" w14:textId="77777777" w:rsidR="00270054" w:rsidRPr="00943AC6" w:rsidRDefault="00F21E91">
      <w:pPr>
        <w:rPr>
          <w:sz w:val="24"/>
          <w:szCs w:val="24"/>
        </w:rPr>
      </w:pPr>
      <w:r w:rsidRPr="00943AC6">
        <w:rPr>
          <w:sz w:val="24"/>
          <w:szCs w:val="24"/>
        </w:rPr>
        <w:t>☐  Minimum and preferred qualifications approved</w:t>
      </w:r>
    </w:p>
    <w:p w14:paraId="1395801E" w14:textId="77777777" w:rsidR="00270054" w:rsidRPr="00943AC6" w:rsidRDefault="00F21E91">
      <w:pPr>
        <w:rPr>
          <w:sz w:val="24"/>
          <w:szCs w:val="24"/>
        </w:rPr>
      </w:pPr>
      <w:r w:rsidRPr="00943AC6">
        <w:rPr>
          <w:sz w:val="24"/>
          <w:szCs w:val="24"/>
        </w:rPr>
        <w:t>☐  Compensation range and employment terms reviewed</w:t>
      </w:r>
    </w:p>
    <w:p w14:paraId="6960ACAD" w14:textId="77777777" w:rsidR="00270054" w:rsidRPr="00943AC6" w:rsidRDefault="00F21E91">
      <w:pPr>
        <w:rPr>
          <w:sz w:val="24"/>
          <w:szCs w:val="24"/>
        </w:rPr>
      </w:pPr>
      <w:r w:rsidRPr="00943AC6">
        <w:rPr>
          <w:sz w:val="24"/>
          <w:szCs w:val="24"/>
        </w:rPr>
        <w:t>☐  Search committee / process authority established</w:t>
      </w:r>
    </w:p>
    <w:p w14:paraId="3CCD6860" w14:textId="77777777" w:rsidR="00270054" w:rsidRPr="00943AC6" w:rsidRDefault="00F21E91">
      <w:pPr>
        <w:rPr>
          <w:sz w:val="24"/>
          <w:szCs w:val="24"/>
        </w:rPr>
      </w:pPr>
      <w:r w:rsidRPr="00943AC6">
        <w:rPr>
          <w:sz w:val="24"/>
          <w:szCs w:val="24"/>
        </w:rPr>
        <w:t>☐  Recruitment channels selected</w:t>
      </w:r>
    </w:p>
    <w:p w14:paraId="2F2A0A8F" w14:textId="77777777" w:rsidR="00270054" w:rsidRPr="00943AC6" w:rsidRDefault="00F21E91">
      <w:pPr>
        <w:rPr>
          <w:sz w:val="24"/>
          <w:szCs w:val="24"/>
        </w:rPr>
      </w:pPr>
      <w:r w:rsidRPr="00943AC6">
        <w:rPr>
          <w:sz w:val="24"/>
          <w:szCs w:val="24"/>
        </w:rPr>
        <w:t>☐  Timeline approved</w:t>
      </w:r>
    </w:p>
    <w:p w14:paraId="7AE3E810" w14:textId="77777777" w:rsidR="00270054" w:rsidRPr="00943AC6" w:rsidRDefault="00F21E91">
      <w:pPr>
        <w:rPr>
          <w:sz w:val="24"/>
          <w:szCs w:val="24"/>
        </w:rPr>
      </w:pPr>
      <w:r w:rsidRPr="00943AC6">
        <w:rPr>
          <w:sz w:val="24"/>
          <w:szCs w:val="24"/>
        </w:rPr>
        <w:t>☐  Application screening rubric created</w:t>
      </w:r>
    </w:p>
    <w:p w14:paraId="144A9F08" w14:textId="77777777" w:rsidR="00270054" w:rsidRPr="00943AC6" w:rsidRDefault="00F21E91">
      <w:pPr>
        <w:rPr>
          <w:sz w:val="24"/>
          <w:szCs w:val="24"/>
        </w:rPr>
      </w:pPr>
      <w:r w:rsidRPr="00943AC6">
        <w:rPr>
          <w:sz w:val="24"/>
          <w:szCs w:val="24"/>
        </w:rPr>
        <w:t>☐  Core interview questions approved</w:t>
      </w:r>
    </w:p>
    <w:p w14:paraId="0DC3BB12" w14:textId="77777777" w:rsidR="00270054" w:rsidRPr="00943AC6" w:rsidRDefault="00F21E91">
      <w:pPr>
        <w:rPr>
          <w:sz w:val="24"/>
          <w:szCs w:val="24"/>
        </w:rPr>
      </w:pPr>
      <w:r w:rsidRPr="00943AC6">
        <w:rPr>
          <w:sz w:val="24"/>
          <w:szCs w:val="24"/>
        </w:rPr>
        <w:t>☐  Candidate scorecard approved</w:t>
      </w:r>
    </w:p>
    <w:p w14:paraId="28EC47C1" w14:textId="77777777" w:rsidR="00270054" w:rsidRPr="00943AC6" w:rsidRDefault="00F21E91">
      <w:pPr>
        <w:rPr>
          <w:sz w:val="24"/>
          <w:szCs w:val="24"/>
        </w:rPr>
      </w:pPr>
      <w:r w:rsidRPr="00943AC6">
        <w:rPr>
          <w:sz w:val="24"/>
          <w:szCs w:val="24"/>
        </w:rPr>
        <w:t>☐  Interview logistics and confidentiality expectations established</w:t>
      </w:r>
    </w:p>
    <w:p w14:paraId="0B898305" w14:textId="77777777" w:rsidR="00270054" w:rsidRPr="00943AC6" w:rsidRDefault="00F21E91">
      <w:pPr>
        <w:rPr>
          <w:sz w:val="24"/>
          <w:szCs w:val="24"/>
        </w:rPr>
      </w:pPr>
      <w:r w:rsidRPr="00943AC6">
        <w:rPr>
          <w:sz w:val="24"/>
          <w:szCs w:val="24"/>
        </w:rPr>
        <w:t>☐  References and due diligence process established</w:t>
      </w:r>
    </w:p>
    <w:p w14:paraId="35740A5E" w14:textId="77777777" w:rsidR="00270054" w:rsidRPr="00943AC6" w:rsidRDefault="00F21E91">
      <w:pPr>
        <w:rPr>
          <w:sz w:val="24"/>
          <w:szCs w:val="24"/>
        </w:rPr>
      </w:pPr>
      <w:r w:rsidRPr="00943AC6">
        <w:rPr>
          <w:sz w:val="24"/>
          <w:szCs w:val="24"/>
        </w:rPr>
        <w:t>☐  Final decision process established</w:t>
      </w:r>
    </w:p>
    <w:p w14:paraId="3FBE90CA" w14:textId="77777777" w:rsidR="00270054" w:rsidRPr="00943AC6" w:rsidRDefault="00F21E91">
      <w:pPr>
        <w:rPr>
          <w:sz w:val="24"/>
          <w:szCs w:val="24"/>
        </w:rPr>
      </w:pPr>
      <w:r w:rsidRPr="00943AC6">
        <w:rPr>
          <w:sz w:val="24"/>
          <w:szCs w:val="24"/>
        </w:rPr>
        <w:t>☐  Negotiation authority established</w:t>
      </w:r>
    </w:p>
    <w:p w14:paraId="0CC56AA8" w14:textId="77777777" w:rsidR="00270054" w:rsidRPr="00943AC6" w:rsidRDefault="00F21E91">
      <w:pPr>
        <w:rPr>
          <w:sz w:val="24"/>
          <w:szCs w:val="24"/>
        </w:rPr>
      </w:pPr>
      <w:r w:rsidRPr="00943AC6">
        <w:rPr>
          <w:sz w:val="24"/>
          <w:szCs w:val="24"/>
        </w:rPr>
        <w:t>☐  Offer / employment agreement approved as required</w:t>
      </w:r>
    </w:p>
    <w:p w14:paraId="0C995745" w14:textId="77777777" w:rsidR="00270054" w:rsidRPr="00943AC6" w:rsidRDefault="00F21E91">
      <w:pPr>
        <w:rPr>
          <w:sz w:val="24"/>
          <w:szCs w:val="24"/>
        </w:rPr>
      </w:pPr>
      <w:r w:rsidRPr="00943AC6">
        <w:rPr>
          <w:sz w:val="24"/>
          <w:szCs w:val="24"/>
        </w:rPr>
        <w:t>☐  Onboarding plan prepared</w:t>
      </w:r>
    </w:p>
    <w:p w14:paraId="71B5BA4B" w14:textId="77777777" w:rsidR="00270054" w:rsidRPr="00943AC6" w:rsidRDefault="00F21E91">
      <w:pPr>
        <w:rPr>
          <w:sz w:val="24"/>
          <w:szCs w:val="24"/>
        </w:rPr>
      </w:pPr>
      <w:r w:rsidRPr="00943AC6">
        <w:rPr>
          <w:sz w:val="24"/>
          <w:szCs w:val="24"/>
        </w:rPr>
        <w:t>☐  30/60/90-day expectations discussed</w:t>
      </w:r>
    </w:p>
    <w:p w14:paraId="63B8D358" w14:textId="77777777" w:rsidR="00270054" w:rsidRPr="00943AC6" w:rsidRDefault="00F21E91">
      <w:pPr>
        <w:rPr>
          <w:sz w:val="24"/>
          <w:szCs w:val="24"/>
        </w:rPr>
      </w:pPr>
      <w:r w:rsidRPr="00943AC6">
        <w:rPr>
          <w:sz w:val="24"/>
          <w:szCs w:val="24"/>
        </w:rPr>
        <w:t>☐  First-year goals and evaluation schedule established</w:t>
      </w:r>
    </w:p>
    <w:p w14:paraId="4490B9CD" w14:textId="77777777" w:rsidR="00270054" w:rsidRDefault="00F21E91">
      <w:r>
        <w:br w:type="page"/>
      </w:r>
    </w:p>
    <w:p w14:paraId="7F34B759" w14:textId="77777777" w:rsidR="00270054" w:rsidRPr="00943AC6" w:rsidRDefault="00F21E91">
      <w:pPr>
        <w:pStyle w:val="Heading1"/>
        <w:rPr>
          <w:sz w:val="48"/>
          <w:szCs w:val="48"/>
        </w:rPr>
      </w:pPr>
      <w:r w:rsidRPr="00943AC6">
        <w:rPr>
          <w:sz w:val="48"/>
          <w:szCs w:val="48"/>
        </w:rPr>
        <w:lastRenderedPageBreak/>
        <w:t>Tool 2 — Application &amp; Résumé Screening Guide</w:t>
      </w:r>
    </w:p>
    <w:p w14:paraId="246AD548" w14:textId="77777777" w:rsidR="00270054" w:rsidRPr="00943AC6" w:rsidRDefault="00F21E91">
      <w:pPr>
        <w:spacing w:after="120"/>
        <w:rPr>
          <w:sz w:val="24"/>
          <w:szCs w:val="24"/>
        </w:rPr>
      </w:pPr>
      <w:r w:rsidRPr="00943AC6">
        <w:rPr>
          <w:sz w:val="24"/>
          <w:szCs w:val="24"/>
        </w:rPr>
        <w:t>Use the same screening criteria for all applicants. Document evidence rather than impressions.</w:t>
      </w:r>
    </w:p>
    <w:tbl>
      <w:tblPr>
        <w:tblStyle w:val="TableGrid"/>
        <w:tblW w:w="0" w:type="auto"/>
        <w:jc w:val="center"/>
        <w:tblLook w:val="04A0" w:firstRow="1" w:lastRow="0" w:firstColumn="1" w:lastColumn="0" w:noHBand="0" w:noVBand="1"/>
      </w:tblPr>
      <w:tblGrid>
        <w:gridCol w:w="3406"/>
        <w:gridCol w:w="3405"/>
        <w:gridCol w:w="3403"/>
      </w:tblGrid>
      <w:tr w:rsidR="00270054" w:rsidRPr="00943AC6" w14:paraId="722DDF32" w14:textId="77777777">
        <w:trPr>
          <w:jc w:val="center"/>
        </w:trPr>
        <w:tc>
          <w:tcPr>
            <w:tcW w:w="3408" w:type="dxa"/>
            <w:shd w:val="clear" w:color="auto" w:fill="163D38"/>
            <w:tcMar>
              <w:top w:w="90" w:type="dxa"/>
              <w:left w:w="90" w:type="dxa"/>
              <w:bottom w:w="90" w:type="dxa"/>
              <w:right w:w="90" w:type="dxa"/>
            </w:tcMar>
            <w:vAlign w:val="center"/>
          </w:tcPr>
          <w:p w14:paraId="3185000D" w14:textId="77777777" w:rsidR="00270054" w:rsidRPr="00943AC6" w:rsidRDefault="00F21E91">
            <w:pPr>
              <w:rPr>
                <w:sz w:val="24"/>
                <w:szCs w:val="24"/>
              </w:rPr>
            </w:pPr>
            <w:r w:rsidRPr="00943AC6">
              <w:rPr>
                <w:b/>
                <w:color w:val="FFFFFF"/>
                <w:sz w:val="24"/>
                <w:szCs w:val="24"/>
              </w:rPr>
              <w:t>Criterion</w:t>
            </w:r>
          </w:p>
        </w:tc>
        <w:tc>
          <w:tcPr>
            <w:tcW w:w="3408" w:type="dxa"/>
            <w:shd w:val="clear" w:color="auto" w:fill="163D38"/>
            <w:tcMar>
              <w:top w:w="90" w:type="dxa"/>
              <w:left w:w="90" w:type="dxa"/>
              <w:bottom w:w="90" w:type="dxa"/>
              <w:right w:w="90" w:type="dxa"/>
            </w:tcMar>
            <w:vAlign w:val="center"/>
          </w:tcPr>
          <w:p w14:paraId="565FC4D8" w14:textId="77777777" w:rsidR="00270054" w:rsidRPr="00943AC6" w:rsidRDefault="00F21E91">
            <w:pPr>
              <w:rPr>
                <w:sz w:val="24"/>
                <w:szCs w:val="24"/>
              </w:rPr>
            </w:pPr>
            <w:r w:rsidRPr="00943AC6">
              <w:rPr>
                <w:b/>
                <w:color w:val="FFFFFF"/>
                <w:sz w:val="24"/>
                <w:szCs w:val="24"/>
              </w:rPr>
              <w:t>Evidence to Look For</w:t>
            </w:r>
          </w:p>
        </w:tc>
        <w:tc>
          <w:tcPr>
            <w:tcW w:w="3408" w:type="dxa"/>
            <w:shd w:val="clear" w:color="auto" w:fill="163D38"/>
            <w:tcMar>
              <w:top w:w="90" w:type="dxa"/>
              <w:left w:w="90" w:type="dxa"/>
              <w:bottom w:w="90" w:type="dxa"/>
              <w:right w:w="90" w:type="dxa"/>
            </w:tcMar>
            <w:vAlign w:val="center"/>
          </w:tcPr>
          <w:p w14:paraId="330F6F4E" w14:textId="77777777" w:rsidR="00270054" w:rsidRPr="00943AC6" w:rsidRDefault="00F21E91">
            <w:pPr>
              <w:rPr>
                <w:sz w:val="24"/>
                <w:szCs w:val="24"/>
              </w:rPr>
            </w:pPr>
            <w:r w:rsidRPr="00943AC6">
              <w:rPr>
                <w:b/>
                <w:color w:val="FFFFFF"/>
                <w:sz w:val="24"/>
                <w:szCs w:val="24"/>
              </w:rPr>
              <w:t>Rating 1–5</w:t>
            </w:r>
          </w:p>
        </w:tc>
      </w:tr>
      <w:tr w:rsidR="00270054" w:rsidRPr="00943AC6" w14:paraId="61201C4A" w14:textId="77777777">
        <w:trPr>
          <w:jc w:val="center"/>
        </w:trPr>
        <w:tc>
          <w:tcPr>
            <w:tcW w:w="3408" w:type="dxa"/>
            <w:tcMar>
              <w:top w:w="90" w:type="dxa"/>
              <w:left w:w="90" w:type="dxa"/>
              <w:bottom w:w="90" w:type="dxa"/>
              <w:right w:w="90" w:type="dxa"/>
            </w:tcMar>
          </w:tcPr>
          <w:p w14:paraId="64D87587" w14:textId="77777777" w:rsidR="00270054" w:rsidRPr="00943AC6" w:rsidRDefault="00F21E91">
            <w:pPr>
              <w:rPr>
                <w:sz w:val="24"/>
                <w:szCs w:val="24"/>
              </w:rPr>
            </w:pPr>
            <w:r w:rsidRPr="00943AC6">
              <w:rPr>
                <w:sz w:val="24"/>
                <w:szCs w:val="24"/>
              </w:rPr>
              <w:t>Scope of leadership</w:t>
            </w:r>
          </w:p>
        </w:tc>
        <w:tc>
          <w:tcPr>
            <w:tcW w:w="3408" w:type="dxa"/>
            <w:tcMar>
              <w:top w:w="90" w:type="dxa"/>
              <w:left w:w="90" w:type="dxa"/>
              <w:bottom w:w="90" w:type="dxa"/>
              <w:right w:w="90" w:type="dxa"/>
            </w:tcMar>
          </w:tcPr>
          <w:p w14:paraId="5F219954" w14:textId="77777777" w:rsidR="00270054" w:rsidRPr="00943AC6" w:rsidRDefault="00F21E91">
            <w:pPr>
              <w:rPr>
                <w:sz w:val="24"/>
                <w:szCs w:val="24"/>
              </w:rPr>
            </w:pPr>
            <w:r w:rsidRPr="00943AC6">
              <w:rPr>
                <w:sz w:val="24"/>
                <w:szCs w:val="24"/>
              </w:rPr>
              <w:t>Staff, budget, portfolio, organizational complexity</w:t>
            </w:r>
          </w:p>
        </w:tc>
        <w:tc>
          <w:tcPr>
            <w:tcW w:w="3408" w:type="dxa"/>
            <w:tcMar>
              <w:top w:w="90" w:type="dxa"/>
              <w:left w:w="90" w:type="dxa"/>
              <w:bottom w:w="90" w:type="dxa"/>
              <w:right w:w="90" w:type="dxa"/>
            </w:tcMar>
          </w:tcPr>
          <w:p w14:paraId="27040AD4" w14:textId="77777777" w:rsidR="00270054" w:rsidRPr="00943AC6" w:rsidRDefault="00270054">
            <w:pPr>
              <w:rPr>
                <w:sz w:val="24"/>
                <w:szCs w:val="24"/>
              </w:rPr>
            </w:pPr>
          </w:p>
        </w:tc>
      </w:tr>
      <w:tr w:rsidR="00270054" w:rsidRPr="00943AC6" w14:paraId="5406D26C" w14:textId="77777777">
        <w:trPr>
          <w:jc w:val="center"/>
        </w:trPr>
        <w:tc>
          <w:tcPr>
            <w:tcW w:w="3408" w:type="dxa"/>
            <w:shd w:val="clear" w:color="auto" w:fill="F2F7F5"/>
            <w:tcMar>
              <w:top w:w="90" w:type="dxa"/>
              <w:left w:w="90" w:type="dxa"/>
              <w:bottom w:w="90" w:type="dxa"/>
              <w:right w:w="90" w:type="dxa"/>
            </w:tcMar>
          </w:tcPr>
          <w:p w14:paraId="27EA2258" w14:textId="77777777" w:rsidR="00270054" w:rsidRPr="00943AC6" w:rsidRDefault="00F21E91">
            <w:pPr>
              <w:rPr>
                <w:sz w:val="24"/>
                <w:szCs w:val="24"/>
              </w:rPr>
            </w:pPr>
            <w:r w:rsidRPr="00943AC6">
              <w:rPr>
                <w:sz w:val="24"/>
                <w:szCs w:val="24"/>
              </w:rPr>
              <w:t>Relevant technical knowledge</w:t>
            </w:r>
          </w:p>
        </w:tc>
        <w:tc>
          <w:tcPr>
            <w:tcW w:w="3408" w:type="dxa"/>
            <w:shd w:val="clear" w:color="auto" w:fill="F2F7F5"/>
            <w:tcMar>
              <w:top w:w="90" w:type="dxa"/>
              <w:left w:w="90" w:type="dxa"/>
              <w:bottom w:w="90" w:type="dxa"/>
              <w:right w:w="90" w:type="dxa"/>
            </w:tcMar>
          </w:tcPr>
          <w:p w14:paraId="5C344D2E" w14:textId="77777777" w:rsidR="00270054" w:rsidRPr="00943AC6" w:rsidRDefault="00F21E91">
            <w:pPr>
              <w:rPr>
                <w:sz w:val="24"/>
                <w:szCs w:val="24"/>
              </w:rPr>
            </w:pPr>
            <w:r w:rsidRPr="00943AC6">
              <w:rPr>
                <w:sz w:val="24"/>
                <w:szCs w:val="24"/>
              </w:rPr>
              <w:t>Housing, HUD, finance, property operations, development</w:t>
            </w:r>
          </w:p>
        </w:tc>
        <w:tc>
          <w:tcPr>
            <w:tcW w:w="3408" w:type="dxa"/>
            <w:shd w:val="clear" w:color="auto" w:fill="F2F7F5"/>
            <w:tcMar>
              <w:top w:w="90" w:type="dxa"/>
              <w:left w:w="90" w:type="dxa"/>
              <w:bottom w:w="90" w:type="dxa"/>
              <w:right w:w="90" w:type="dxa"/>
            </w:tcMar>
          </w:tcPr>
          <w:p w14:paraId="5D81B4ED" w14:textId="77777777" w:rsidR="00270054" w:rsidRPr="00943AC6" w:rsidRDefault="00270054">
            <w:pPr>
              <w:rPr>
                <w:sz w:val="24"/>
                <w:szCs w:val="24"/>
              </w:rPr>
            </w:pPr>
          </w:p>
        </w:tc>
      </w:tr>
      <w:tr w:rsidR="00270054" w:rsidRPr="00943AC6" w14:paraId="5A1948D0" w14:textId="77777777">
        <w:trPr>
          <w:jc w:val="center"/>
        </w:trPr>
        <w:tc>
          <w:tcPr>
            <w:tcW w:w="3408" w:type="dxa"/>
            <w:tcMar>
              <w:top w:w="90" w:type="dxa"/>
              <w:left w:w="90" w:type="dxa"/>
              <w:bottom w:w="90" w:type="dxa"/>
              <w:right w:w="90" w:type="dxa"/>
            </w:tcMar>
          </w:tcPr>
          <w:p w14:paraId="24C34969" w14:textId="77777777" w:rsidR="00270054" w:rsidRPr="00943AC6" w:rsidRDefault="00F21E91">
            <w:pPr>
              <w:rPr>
                <w:sz w:val="24"/>
                <w:szCs w:val="24"/>
              </w:rPr>
            </w:pPr>
            <w:r w:rsidRPr="00943AC6">
              <w:rPr>
                <w:sz w:val="24"/>
                <w:szCs w:val="24"/>
              </w:rPr>
              <w:t>Results / accomplishments</w:t>
            </w:r>
          </w:p>
        </w:tc>
        <w:tc>
          <w:tcPr>
            <w:tcW w:w="3408" w:type="dxa"/>
            <w:tcMar>
              <w:top w:w="90" w:type="dxa"/>
              <w:left w:w="90" w:type="dxa"/>
              <w:bottom w:w="90" w:type="dxa"/>
              <w:right w:w="90" w:type="dxa"/>
            </w:tcMar>
          </w:tcPr>
          <w:p w14:paraId="72E40241" w14:textId="77777777" w:rsidR="00270054" w:rsidRPr="00943AC6" w:rsidRDefault="00F21E91">
            <w:pPr>
              <w:rPr>
                <w:sz w:val="24"/>
                <w:szCs w:val="24"/>
              </w:rPr>
            </w:pPr>
            <w:r w:rsidRPr="00943AC6">
              <w:rPr>
                <w:sz w:val="24"/>
                <w:szCs w:val="24"/>
              </w:rPr>
              <w:t>Specific measurable improvements or outcomes</w:t>
            </w:r>
          </w:p>
        </w:tc>
        <w:tc>
          <w:tcPr>
            <w:tcW w:w="3408" w:type="dxa"/>
            <w:tcMar>
              <w:top w:w="90" w:type="dxa"/>
              <w:left w:w="90" w:type="dxa"/>
              <w:bottom w:w="90" w:type="dxa"/>
              <w:right w:w="90" w:type="dxa"/>
            </w:tcMar>
          </w:tcPr>
          <w:p w14:paraId="303771E6" w14:textId="77777777" w:rsidR="00270054" w:rsidRPr="00943AC6" w:rsidRDefault="00270054">
            <w:pPr>
              <w:rPr>
                <w:sz w:val="24"/>
                <w:szCs w:val="24"/>
              </w:rPr>
            </w:pPr>
          </w:p>
        </w:tc>
      </w:tr>
      <w:tr w:rsidR="00270054" w:rsidRPr="00943AC6" w14:paraId="6632B7E2" w14:textId="77777777">
        <w:trPr>
          <w:jc w:val="center"/>
        </w:trPr>
        <w:tc>
          <w:tcPr>
            <w:tcW w:w="3408" w:type="dxa"/>
            <w:shd w:val="clear" w:color="auto" w:fill="F2F7F5"/>
            <w:tcMar>
              <w:top w:w="90" w:type="dxa"/>
              <w:left w:w="90" w:type="dxa"/>
              <w:bottom w:w="90" w:type="dxa"/>
              <w:right w:w="90" w:type="dxa"/>
            </w:tcMar>
          </w:tcPr>
          <w:p w14:paraId="170B3F9D" w14:textId="77777777" w:rsidR="00270054" w:rsidRPr="00943AC6" w:rsidRDefault="00F21E91">
            <w:pPr>
              <w:rPr>
                <w:sz w:val="24"/>
                <w:szCs w:val="24"/>
              </w:rPr>
            </w:pPr>
            <w:r w:rsidRPr="00943AC6">
              <w:rPr>
                <w:sz w:val="24"/>
                <w:szCs w:val="24"/>
              </w:rPr>
              <w:t>People leadership</w:t>
            </w:r>
          </w:p>
        </w:tc>
        <w:tc>
          <w:tcPr>
            <w:tcW w:w="3408" w:type="dxa"/>
            <w:shd w:val="clear" w:color="auto" w:fill="F2F7F5"/>
            <w:tcMar>
              <w:top w:w="90" w:type="dxa"/>
              <w:left w:w="90" w:type="dxa"/>
              <w:bottom w:w="90" w:type="dxa"/>
              <w:right w:w="90" w:type="dxa"/>
            </w:tcMar>
          </w:tcPr>
          <w:p w14:paraId="25941AAA" w14:textId="77777777" w:rsidR="00270054" w:rsidRPr="00943AC6" w:rsidRDefault="00F21E91">
            <w:pPr>
              <w:rPr>
                <w:sz w:val="24"/>
                <w:szCs w:val="24"/>
              </w:rPr>
            </w:pPr>
            <w:r w:rsidRPr="00943AC6">
              <w:rPr>
                <w:sz w:val="24"/>
                <w:szCs w:val="24"/>
              </w:rPr>
              <w:t>Hiring, coaching, accountability, culture change</w:t>
            </w:r>
          </w:p>
        </w:tc>
        <w:tc>
          <w:tcPr>
            <w:tcW w:w="3408" w:type="dxa"/>
            <w:shd w:val="clear" w:color="auto" w:fill="F2F7F5"/>
            <w:tcMar>
              <w:top w:w="90" w:type="dxa"/>
              <w:left w:w="90" w:type="dxa"/>
              <w:bottom w:w="90" w:type="dxa"/>
              <w:right w:w="90" w:type="dxa"/>
            </w:tcMar>
          </w:tcPr>
          <w:p w14:paraId="3DCFC12D" w14:textId="77777777" w:rsidR="00270054" w:rsidRPr="00943AC6" w:rsidRDefault="00270054">
            <w:pPr>
              <w:rPr>
                <w:sz w:val="24"/>
                <w:szCs w:val="24"/>
              </w:rPr>
            </w:pPr>
          </w:p>
        </w:tc>
      </w:tr>
      <w:tr w:rsidR="00270054" w:rsidRPr="00943AC6" w14:paraId="233ED42C" w14:textId="77777777">
        <w:trPr>
          <w:jc w:val="center"/>
        </w:trPr>
        <w:tc>
          <w:tcPr>
            <w:tcW w:w="3408" w:type="dxa"/>
            <w:tcMar>
              <w:top w:w="90" w:type="dxa"/>
              <w:left w:w="90" w:type="dxa"/>
              <w:bottom w:w="90" w:type="dxa"/>
              <w:right w:w="90" w:type="dxa"/>
            </w:tcMar>
          </w:tcPr>
          <w:p w14:paraId="42C53F74" w14:textId="77777777" w:rsidR="00270054" w:rsidRPr="00943AC6" w:rsidRDefault="00F21E91">
            <w:pPr>
              <w:rPr>
                <w:sz w:val="24"/>
                <w:szCs w:val="24"/>
              </w:rPr>
            </w:pPr>
            <w:r w:rsidRPr="00943AC6">
              <w:rPr>
                <w:sz w:val="24"/>
                <w:szCs w:val="24"/>
              </w:rPr>
              <w:t>Financial stewardship</w:t>
            </w:r>
          </w:p>
        </w:tc>
        <w:tc>
          <w:tcPr>
            <w:tcW w:w="3408" w:type="dxa"/>
            <w:tcMar>
              <w:top w:w="90" w:type="dxa"/>
              <w:left w:w="90" w:type="dxa"/>
              <w:bottom w:w="90" w:type="dxa"/>
              <w:right w:w="90" w:type="dxa"/>
            </w:tcMar>
          </w:tcPr>
          <w:p w14:paraId="242023A1" w14:textId="77777777" w:rsidR="00270054" w:rsidRPr="00943AC6" w:rsidRDefault="00F21E91">
            <w:pPr>
              <w:rPr>
                <w:sz w:val="24"/>
                <w:szCs w:val="24"/>
              </w:rPr>
            </w:pPr>
            <w:r w:rsidRPr="00943AC6">
              <w:rPr>
                <w:sz w:val="24"/>
                <w:szCs w:val="24"/>
              </w:rPr>
              <w:t>Budgeting, controls, audit, funding strategy</w:t>
            </w:r>
          </w:p>
        </w:tc>
        <w:tc>
          <w:tcPr>
            <w:tcW w:w="3408" w:type="dxa"/>
            <w:tcMar>
              <w:top w:w="90" w:type="dxa"/>
              <w:left w:w="90" w:type="dxa"/>
              <w:bottom w:w="90" w:type="dxa"/>
              <w:right w:w="90" w:type="dxa"/>
            </w:tcMar>
          </w:tcPr>
          <w:p w14:paraId="00038CD7" w14:textId="77777777" w:rsidR="00270054" w:rsidRPr="00943AC6" w:rsidRDefault="00270054">
            <w:pPr>
              <w:rPr>
                <w:sz w:val="24"/>
                <w:szCs w:val="24"/>
              </w:rPr>
            </w:pPr>
          </w:p>
        </w:tc>
      </w:tr>
      <w:tr w:rsidR="00270054" w:rsidRPr="00943AC6" w14:paraId="314D693A" w14:textId="77777777">
        <w:trPr>
          <w:jc w:val="center"/>
        </w:trPr>
        <w:tc>
          <w:tcPr>
            <w:tcW w:w="3408" w:type="dxa"/>
            <w:shd w:val="clear" w:color="auto" w:fill="F2F7F5"/>
            <w:tcMar>
              <w:top w:w="90" w:type="dxa"/>
              <w:left w:w="90" w:type="dxa"/>
              <w:bottom w:w="90" w:type="dxa"/>
              <w:right w:w="90" w:type="dxa"/>
            </w:tcMar>
          </w:tcPr>
          <w:p w14:paraId="3C5E5B13" w14:textId="77777777" w:rsidR="00270054" w:rsidRPr="00943AC6" w:rsidRDefault="00F21E91">
            <w:pPr>
              <w:rPr>
                <w:sz w:val="24"/>
                <w:szCs w:val="24"/>
              </w:rPr>
            </w:pPr>
            <w:r w:rsidRPr="00943AC6">
              <w:rPr>
                <w:sz w:val="24"/>
                <w:szCs w:val="24"/>
              </w:rPr>
              <w:t>Governance experience</w:t>
            </w:r>
          </w:p>
        </w:tc>
        <w:tc>
          <w:tcPr>
            <w:tcW w:w="3408" w:type="dxa"/>
            <w:shd w:val="clear" w:color="auto" w:fill="F2F7F5"/>
            <w:tcMar>
              <w:top w:w="90" w:type="dxa"/>
              <w:left w:w="90" w:type="dxa"/>
              <w:bottom w:w="90" w:type="dxa"/>
              <w:right w:w="90" w:type="dxa"/>
            </w:tcMar>
          </w:tcPr>
          <w:p w14:paraId="0AD8CD52" w14:textId="77777777" w:rsidR="00270054" w:rsidRPr="00943AC6" w:rsidRDefault="00F21E91">
            <w:pPr>
              <w:rPr>
                <w:sz w:val="24"/>
                <w:szCs w:val="24"/>
              </w:rPr>
            </w:pPr>
            <w:r w:rsidRPr="00943AC6">
              <w:rPr>
                <w:sz w:val="24"/>
                <w:szCs w:val="24"/>
              </w:rPr>
              <w:t>Working with boards, councils, public bodies</w:t>
            </w:r>
          </w:p>
        </w:tc>
        <w:tc>
          <w:tcPr>
            <w:tcW w:w="3408" w:type="dxa"/>
            <w:shd w:val="clear" w:color="auto" w:fill="F2F7F5"/>
            <w:tcMar>
              <w:top w:w="90" w:type="dxa"/>
              <w:left w:w="90" w:type="dxa"/>
              <w:bottom w:w="90" w:type="dxa"/>
              <w:right w:w="90" w:type="dxa"/>
            </w:tcMar>
          </w:tcPr>
          <w:p w14:paraId="3A4983AD" w14:textId="77777777" w:rsidR="00270054" w:rsidRPr="00943AC6" w:rsidRDefault="00270054">
            <w:pPr>
              <w:rPr>
                <w:sz w:val="24"/>
                <w:szCs w:val="24"/>
              </w:rPr>
            </w:pPr>
          </w:p>
        </w:tc>
      </w:tr>
      <w:tr w:rsidR="00270054" w:rsidRPr="00943AC6" w14:paraId="0BF14138" w14:textId="77777777">
        <w:trPr>
          <w:jc w:val="center"/>
        </w:trPr>
        <w:tc>
          <w:tcPr>
            <w:tcW w:w="3408" w:type="dxa"/>
            <w:tcMar>
              <w:top w:w="90" w:type="dxa"/>
              <w:left w:w="90" w:type="dxa"/>
              <w:bottom w:w="90" w:type="dxa"/>
              <w:right w:w="90" w:type="dxa"/>
            </w:tcMar>
          </w:tcPr>
          <w:p w14:paraId="01CAA6B3" w14:textId="77777777" w:rsidR="00270054" w:rsidRPr="00943AC6" w:rsidRDefault="00F21E91">
            <w:pPr>
              <w:rPr>
                <w:sz w:val="24"/>
                <w:szCs w:val="24"/>
              </w:rPr>
            </w:pPr>
            <w:r w:rsidRPr="00943AC6">
              <w:rPr>
                <w:sz w:val="24"/>
                <w:szCs w:val="24"/>
              </w:rPr>
              <w:t>Strategic leadership</w:t>
            </w:r>
          </w:p>
        </w:tc>
        <w:tc>
          <w:tcPr>
            <w:tcW w:w="3408" w:type="dxa"/>
            <w:tcMar>
              <w:top w:w="90" w:type="dxa"/>
              <w:left w:w="90" w:type="dxa"/>
              <w:bottom w:w="90" w:type="dxa"/>
              <w:right w:w="90" w:type="dxa"/>
            </w:tcMar>
          </w:tcPr>
          <w:p w14:paraId="5669BF39" w14:textId="77777777" w:rsidR="00270054" w:rsidRPr="00943AC6" w:rsidRDefault="00F21E91">
            <w:pPr>
              <w:rPr>
                <w:sz w:val="24"/>
                <w:szCs w:val="24"/>
              </w:rPr>
            </w:pPr>
            <w:r w:rsidRPr="00943AC6">
              <w:rPr>
                <w:sz w:val="24"/>
                <w:szCs w:val="24"/>
              </w:rPr>
              <w:t>Planning, change, partnerships, innovation</w:t>
            </w:r>
          </w:p>
        </w:tc>
        <w:tc>
          <w:tcPr>
            <w:tcW w:w="3408" w:type="dxa"/>
            <w:tcMar>
              <w:top w:w="90" w:type="dxa"/>
              <w:left w:w="90" w:type="dxa"/>
              <w:bottom w:w="90" w:type="dxa"/>
              <w:right w:w="90" w:type="dxa"/>
            </w:tcMar>
          </w:tcPr>
          <w:p w14:paraId="31D9CF44" w14:textId="77777777" w:rsidR="00270054" w:rsidRPr="00943AC6" w:rsidRDefault="00270054">
            <w:pPr>
              <w:rPr>
                <w:sz w:val="24"/>
                <w:szCs w:val="24"/>
              </w:rPr>
            </w:pPr>
          </w:p>
        </w:tc>
      </w:tr>
      <w:tr w:rsidR="00270054" w:rsidRPr="00943AC6" w14:paraId="33B3B343" w14:textId="77777777">
        <w:trPr>
          <w:jc w:val="center"/>
        </w:trPr>
        <w:tc>
          <w:tcPr>
            <w:tcW w:w="3408" w:type="dxa"/>
            <w:shd w:val="clear" w:color="auto" w:fill="F2F7F5"/>
            <w:tcMar>
              <w:top w:w="90" w:type="dxa"/>
              <w:left w:w="90" w:type="dxa"/>
              <w:bottom w:w="90" w:type="dxa"/>
              <w:right w:w="90" w:type="dxa"/>
            </w:tcMar>
          </w:tcPr>
          <w:p w14:paraId="415FA8D5" w14:textId="77777777" w:rsidR="00270054" w:rsidRPr="00943AC6" w:rsidRDefault="00F21E91">
            <w:pPr>
              <w:rPr>
                <w:sz w:val="24"/>
                <w:szCs w:val="24"/>
              </w:rPr>
            </w:pPr>
            <w:r w:rsidRPr="00943AC6">
              <w:rPr>
                <w:sz w:val="24"/>
                <w:szCs w:val="24"/>
              </w:rPr>
              <w:t>Career progression</w:t>
            </w:r>
          </w:p>
        </w:tc>
        <w:tc>
          <w:tcPr>
            <w:tcW w:w="3408" w:type="dxa"/>
            <w:shd w:val="clear" w:color="auto" w:fill="F2F7F5"/>
            <w:tcMar>
              <w:top w:w="90" w:type="dxa"/>
              <w:left w:w="90" w:type="dxa"/>
              <w:bottom w:w="90" w:type="dxa"/>
              <w:right w:w="90" w:type="dxa"/>
            </w:tcMar>
          </w:tcPr>
          <w:p w14:paraId="0DDCC2A8" w14:textId="77777777" w:rsidR="00270054" w:rsidRPr="00943AC6" w:rsidRDefault="00F21E91">
            <w:pPr>
              <w:rPr>
                <w:sz w:val="24"/>
                <w:szCs w:val="24"/>
              </w:rPr>
            </w:pPr>
            <w:r w:rsidRPr="00943AC6">
              <w:rPr>
                <w:sz w:val="24"/>
                <w:szCs w:val="24"/>
              </w:rPr>
              <w:t>Increasing responsibility and coherent transitions</w:t>
            </w:r>
          </w:p>
        </w:tc>
        <w:tc>
          <w:tcPr>
            <w:tcW w:w="3408" w:type="dxa"/>
            <w:shd w:val="clear" w:color="auto" w:fill="F2F7F5"/>
            <w:tcMar>
              <w:top w:w="90" w:type="dxa"/>
              <w:left w:w="90" w:type="dxa"/>
              <w:bottom w:w="90" w:type="dxa"/>
              <w:right w:w="90" w:type="dxa"/>
            </w:tcMar>
          </w:tcPr>
          <w:p w14:paraId="69246140" w14:textId="77777777" w:rsidR="00270054" w:rsidRPr="00943AC6" w:rsidRDefault="00270054">
            <w:pPr>
              <w:rPr>
                <w:sz w:val="24"/>
                <w:szCs w:val="24"/>
              </w:rPr>
            </w:pPr>
          </w:p>
        </w:tc>
      </w:tr>
    </w:tbl>
    <w:p w14:paraId="0FF0D11B" w14:textId="77777777" w:rsidR="00270054" w:rsidRDefault="00F21E91">
      <w:pPr>
        <w:pStyle w:val="Heading2"/>
      </w:pPr>
      <w:r>
        <w:t>Questions to Explore — Not Automatic Disqualifiers</w:t>
      </w:r>
    </w:p>
    <w:p w14:paraId="2492C264" w14:textId="77777777" w:rsidR="00270054" w:rsidRPr="00943AC6" w:rsidRDefault="00F21E91">
      <w:pPr>
        <w:pStyle w:val="ListBullet"/>
        <w:spacing w:after="60"/>
        <w:rPr>
          <w:sz w:val="24"/>
          <w:szCs w:val="24"/>
        </w:rPr>
      </w:pPr>
      <w:r w:rsidRPr="00943AC6">
        <w:rPr>
          <w:sz w:val="24"/>
          <w:szCs w:val="24"/>
        </w:rPr>
        <w:t>Frequent job changes</w:t>
      </w:r>
    </w:p>
    <w:p w14:paraId="2D38380B" w14:textId="77777777" w:rsidR="00270054" w:rsidRPr="00943AC6" w:rsidRDefault="00F21E91">
      <w:pPr>
        <w:pStyle w:val="ListBullet"/>
        <w:spacing w:after="60"/>
        <w:rPr>
          <w:sz w:val="24"/>
          <w:szCs w:val="24"/>
        </w:rPr>
      </w:pPr>
      <w:r w:rsidRPr="00943AC6">
        <w:rPr>
          <w:sz w:val="24"/>
          <w:szCs w:val="24"/>
        </w:rPr>
        <w:t>Employment gaps</w:t>
      </w:r>
    </w:p>
    <w:p w14:paraId="60CABCEF" w14:textId="77777777" w:rsidR="00270054" w:rsidRPr="00943AC6" w:rsidRDefault="00F21E91">
      <w:pPr>
        <w:pStyle w:val="ListBullet"/>
        <w:spacing w:after="60"/>
        <w:rPr>
          <w:sz w:val="24"/>
          <w:szCs w:val="24"/>
        </w:rPr>
      </w:pPr>
      <w:r w:rsidRPr="00943AC6">
        <w:rPr>
          <w:sz w:val="24"/>
          <w:szCs w:val="24"/>
        </w:rPr>
        <w:t>Major career changes</w:t>
      </w:r>
    </w:p>
    <w:p w14:paraId="5CBF0CD7" w14:textId="77777777" w:rsidR="00270054" w:rsidRPr="00943AC6" w:rsidRDefault="00F21E91">
      <w:pPr>
        <w:pStyle w:val="ListBullet"/>
        <w:spacing w:after="60"/>
        <w:rPr>
          <w:sz w:val="24"/>
          <w:szCs w:val="24"/>
        </w:rPr>
      </w:pPr>
      <w:r w:rsidRPr="00943AC6">
        <w:rPr>
          <w:sz w:val="24"/>
          <w:szCs w:val="24"/>
        </w:rPr>
        <w:t>Limited direct public housing experience</w:t>
      </w:r>
    </w:p>
    <w:p w14:paraId="285C8327" w14:textId="77777777" w:rsidR="00270054" w:rsidRPr="00943AC6" w:rsidRDefault="00F21E91">
      <w:pPr>
        <w:pStyle w:val="ListBullet"/>
        <w:spacing w:after="60"/>
        <w:rPr>
          <w:sz w:val="24"/>
          <w:szCs w:val="24"/>
        </w:rPr>
      </w:pPr>
      <w:r w:rsidRPr="00943AC6">
        <w:rPr>
          <w:sz w:val="24"/>
          <w:szCs w:val="24"/>
        </w:rPr>
        <w:t>Unusual title changes</w:t>
      </w:r>
    </w:p>
    <w:p w14:paraId="002029FE" w14:textId="77777777" w:rsidR="00270054" w:rsidRPr="00943AC6" w:rsidRDefault="00F21E91">
      <w:pPr>
        <w:pStyle w:val="ListBullet"/>
        <w:spacing w:after="60"/>
        <w:rPr>
          <w:sz w:val="24"/>
          <w:szCs w:val="24"/>
        </w:rPr>
      </w:pPr>
      <w:r w:rsidRPr="00943AC6">
        <w:rPr>
          <w:sz w:val="24"/>
          <w:szCs w:val="24"/>
        </w:rPr>
        <w:t>Departure during controversy</w:t>
      </w:r>
    </w:p>
    <w:p w14:paraId="6CF798F0" w14:textId="77777777" w:rsidR="00270054" w:rsidRDefault="00F21E91">
      <w:r>
        <w:br w:type="page"/>
      </w:r>
    </w:p>
    <w:p w14:paraId="71B31AB5" w14:textId="77777777" w:rsidR="00270054" w:rsidRPr="00943AC6" w:rsidRDefault="00F21E91">
      <w:pPr>
        <w:pStyle w:val="Heading1"/>
        <w:rPr>
          <w:sz w:val="48"/>
          <w:szCs w:val="48"/>
        </w:rPr>
      </w:pPr>
      <w:r w:rsidRPr="00943AC6">
        <w:rPr>
          <w:sz w:val="48"/>
          <w:szCs w:val="48"/>
        </w:rPr>
        <w:lastRenderedPageBreak/>
        <w:t>Tool 3 — Executive Director Interview Guide</w:t>
      </w:r>
    </w:p>
    <w:p w14:paraId="7F149327" w14:textId="77777777" w:rsidR="00270054" w:rsidRPr="00943AC6" w:rsidRDefault="00F21E91">
      <w:pPr>
        <w:spacing w:after="120"/>
        <w:rPr>
          <w:sz w:val="24"/>
          <w:szCs w:val="24"/>
        </w:rPr>
      </w:pPr>
      <w:r w:rsidRPr="00943AC6">
        <w:rPr>
          <w:sz w:val="24"/>
          <w:szCs w:val="24"/>
        </w:rPr>
        <w:t>Ask every finalist the same core questions. Use follow-up questions to clarify evidence. Select 8–12 questions based on your success profile.</w:t>
      </w:r>
    </w:p>
    <w:p w14:paraId="535E33AE" w14:textId="77777777" w:rsidR="00270054" w:rsidRPr="00943AC6" w:rsidRDefault="00F21E91">
      <w:pPr>
        <w:rPr>
          <w:sz w:val="24"/>
          <w:szCs w:val="24"/>
        </w:rPr>
      </w:pPr>
      <w:r w:rsidRPr="00943AC6">
        <w:rPr>
          <w:b/>
          <w:sz w:val="24"/>
          <w:szCs w:val="24"/>
        </w:rPr>
        <w:t xml:space="preserve">Board Governance: </w:t>
      </w:r>
      <w:r w:rsidRPr="00943AC6">
        <w:rPr>
          <w:sz w:val="24"/>
          <w:szCs w:val="24"/>
        </w:rPr>
        <w:t>Tell us about a time you and your governing board disagreed about an important organizational issue. How did you handle it, and what was the outcome?</w:t>
      </w:r>
    </w:p>
    <w:p w14:paraId="5FF1856F" w14:textId="77777777" w:rsidR="00270054" w:rsidRPr="00943AC6" w:rsidRDefault="00F21E91">
      <w:pPr>
        <w:rPr>
          <w:sz w:val="24"/>
          <w:szCs w:val="24"/>
        </w:rPr>
      </w:pPr>
      <w:r w:rsidRPr="00943AC6">
        <w:rPr>
          <w:b/>
          <w:sz w:val="24"/>
          <w:szCs w:val="24"/>
        </w:rPr>
        <w:t xml:space="preserve">Leadership: </w:t>
      </w:r>
      <w:r w:rsidRPr="00943AC6">
        <w:rPr>
          <w:sz w:val="24"/>
          <w:szCs w:val="24"/>
        </w:rPr>
        <w:t>Describe a situation in which you inherited a team with low morale or weak accountability. What did you do first? What changed?</w:t>
      </w:r>
    </w:p>
    <w:p w14:paraId="4F98CA64" w14:textId="77777777" w:rsidR="00270054" w:rsidRPr="00943AC6" w:rsidRDefault="00F21E91">
      <w:pPr>
        <w:rPr>
          <w:sz w:val="24"/>
          <w:szCs w:val="24"/>
        </w:rPr>
      </w:pPr>
      <w:r w:rsidRPr="00943AC6">
        <w:rPr>
          <w:b/>
          <w:sz w:val="24"/>
          <w:szCs w:val="24"/>
        </w:rPr>
        <w:t xml:space="preserve">Financial Management: </w:t>
      </w:r>
      <w:r w:rsidRPr="00943AC6">
        <w:rPr>
          <w:sz w:val="24"/>
          <w:szCs w:val="24"/>
        </w:rPr>
        <w:t>Tell us about a significant financial challenge you identified. How did you assess the problem, communicate it, and correct it?</w:t>
      </w:r>
    </w:p>
    <w:p w14:paraId="33993AB7" w14:textId="77777777" w:rsidR="00270054" w:rsidRPr="00943AC6" w:rsidRDefault="00F21E91">
      <w:pPr>
        <w:rPr>
          <w:sz w:val="24"/>
          <w:szCs w:val="24"/>
        </w:rPr>
      </w:pPr>
      <w:r w:rsidRPr="00943AC6">
        <w:rPr>
          <w:b/>
          <w:sz w:val="24"/>
          <w:szCs w:val="24"/>
        </w:rPr>
        <w:t xml:space="preserve">HUD / Compliance: </w:t>
      </w:r>
      <w:r w:rsidRPr="00943AC6">
        <w:rPr>
          <w:sz w:val="24"/>
          <w:szCs w:val="24"/>
        </w:rPr>
        <w:t>Describe a compliance or regulatory problem you have managed. How did you prioritize corrective action and keep leadership informed?</w:t>
      </w:r>
    </w:p>
    <w:p w14:paraId="186E56E6" w14:textId="77777777" w:rsidR="00270054" w:rsidRPr="00943AC6" w:rsidRDefault="00F21E91">
      <w:pPr>
        <w:rPr>
          <w:sz w:val="24"/>
          <w:szCs w:val="24"/>
        </w:rPr>
      </w:pPr>
      <w:r w:rsidRPr="00943AC6">
        <w:rPr>
          <w:b/>
          <w:sz w:val="24"/>
          <w:szCs w:val="24"/>
        </w:rPr>
        <w:t xml:space="preserve">Resident Relations: </w:t>
      </w:r>
      <w:r w:rsidRPr="00943AC6">
        <w:rPr>
          <w:sz w:val="24"/>
          <w:szCs w:val="24"/>
        </w:rPr>
        <w:t xml:space="preserve">Tell us about a difficult resident or community issue that </w:t>
      </w:r>
      <w:proofErr w:type="gramStart"/>
      <w:r w:rsidRPr="00943AC6">
        <w:rPr>
          <w:sz w:val="24"/>
          <w:szCs w:val="24"/>
        </w:rPr>
        <w:t>required</w:t>
      </w:r>
      <w:proofErr w:type="gramEnd"/>
      <w:r w:rsidRPr="00943AC6">
        <w:rPr>
          <w:sz w:val="24"/>
          <w:szCs w:val="24"/>
        </w:rPr>
        <w:t xml:space="preserve"> you to balance policy, fairness, and organizational risk.</w:t>
      </w:r>
    </w:p>
    <w:p w14:paraId="5C0875EB" w14:textId="77777777" w:rsidR="00270054" w:rsidRPr="00943AC6" w:rsidRDefault="00F21E91">
      <w:pPr>
        <w:rPr>
          <w:sz w:val="24"/>
          <w:szCs w:val="24"/>
        </w:rPr>
      </w:pPr>
      <w:r w:rsidRPr="00943AC6">
        <w:rPr>
          <w:b/>
          <w:sz w:val="24"/>
          <w:szCs w:val="24"/>
        </w:rPr>
        <w:t xml:space="preserve">Change Management: </w:t>
      </w:r>
      <w:r w:rsidRPr="00943AC6">
        <w:rPr>
          <w:sz w:val="24"/>
          <w:szCs w:val="24"/>
        </w:rPr>
        <w:t>Give an example of a major organizational change you led. Who resisted it, and how did you respond?</w:t>
      </w:r>
    </w:p>
    <w:p w14:paraId="4BA09355" w14:textId="77777777" w:rsidR="00270054" w:rsidRPr="00943AC6" w:rsidRDefault="00F21E91">
      <w:pPr>
        <w:rPr>
          <w:sz w:val="24"/>
          <w:szCs w:val="24"/>
        </w:rPr>
      </w:pPr>
      <w:r w:rsidRPr="00943AC6">
        <w:rPr>
          <w:b/>
          <w:sz w:val="24"/>
          <w:szCs w:val="24"/>
        </w:rPr>
        <w:t xml:space="preserve">Ethics: </w:t>
      </w:r>
      <w:r w:rsidRPr="00943AC6">
        <w:rPr>
          <w:sz w:val="24"/>
          <w:szCs w:val="24"/>
        </w:rPr>
        <w:t xml:space="preserve">Describe a time you were pressured to </w:t>
      </w:r>
      <w:proofErr w:type="gramStart"/>
      <w:r w:rsidRPr="00943AC6">
        <w:rPr>
          <w:sz w:val="24"/>
          <w:szCs w:val="24"/>
        </w:rPr>
        <w:t>make a decision</w:t>
      </w:r>
      <w:proofErr w:type="gramEnd"/>
      <w:r w:rsidRPr="00943AC6">
        <w:rPr>
          <w:sz w:val="24"/>
          <w:szCs w:val="24"/>
        </w:rPr>
        <w:t xml:space="preserve"> you believed was inappropriate or inconsistent with policy. What did you do?</w:t>
      </w:r>
    </w:p>
    <w:p w14:paraId="6A411159" w14:textId="77777777" w:rsidR="00270054" w:rsidRPr="00943AC6" w:rsidRDefault="00F21E91">
      <w:pPr>
        <w:rPr>
          <w:sz w:val="24"/>
          <w:szCs w:val="24"/>
        </w:rPr>
      </w:pPr>
      <w:r w:rsidRPr="00943AC6">
        <w:rPr>
          <w:b/>
          <w:sz w:val="24"/>
          <w:szCs w:val="24"/>
        </w:rPr>
        <w:t xml:space="preserve">Communication: </w:t>
      </w:r>
      <w:r w:rsidRPr="00943AC6">
        <w:rPr>
          <w:sz w:val="24"/>
          <w:szCs w:val="24"/>
        </w:rPr>
        <w:t>Tell us about a time you had to deliver bad news to a board, staff, or community. How did you approach it?</w:t>
      </w:r>
    </w:p>
    <w:p w14:paraId="5D436BA1" w14:textId="77777777" w:rsidR="00270054" w:rsidRPr="00943AC6" w:rsidRDefault="00F21E91">
      <w:pPr>
        <w:rPr>
          <w:sz w:val="24"/>
          <w:szCs w:val="24"/>
        </w:rPr>
      </w:pPr>
      <w:r w:rsidRPr="00943AC6">
        <w:rPr>
          <w:b/>
          <w:sz w:val="24"/>
          <w:szCs w:val="24"/>
        </w:rPr>
        <w:t xml:space="preserve">Strategic Thinking: </w:t>
      </w:r>
      <w:r w:rsidRPr="00943AC6">
        <w:rPr>
          <w:sz w:val="24"/>
          <w:szCs w:val="24"/>
        </w:rPr>
        <w:t>What is an example of a long-term strategy you developed and implemented? How did you measure progress?</w:t>
      </w:r>
    </w:p>
    <w:p w14:paraId="7E84F9B1" w14:textId="77777777" w:rsidR="00270054" w:rsidRPr="00943AC6" w:rsidRDefault="00F21E91">
      <w:pPr>
        <w:rPr>
          <w:sz w:val="24"/>
          <w:szCs w:val="24"/>
        </w:rPr>
      </w:pPr>
      <w:r w:rsidRPr="00943AC6">
        <w:rPr>
          <w:b/>
          <w:sz w:val="24"/>
          <w:szCs w:val="24"/>
        </w:rPr>
        <w:t xml:space="preserve">Development / Partnerships: </w:t>
      </w:r>
      <w:r w:rsidRPr="00943AC6">
        <w:rPr>
          <w:sz w:val="24"/>
          <w:szCs w:val="24"/>
        </w:rPr>
        <w:t>Describe a partnership or development initiative you helped create. What was your role and what made it successful?</w:t>
      </w:r>
    </w:p>
    <w:p w14:paraId="4E6C0551" w14:textId="77777777" w:rsidR="00270054" w:rsidRPr="00943AC6" w:rsidRDefault="00F21E91">
      <w:pPr>
        <w:rPr>
          <w:sz w:val="24"/>
          <w:szCs w:val="24"/>
        </w:rPr>
      </w:pPr>
      <w:r w:rsidRPr="00943AC6">
        <w:rPr>
          <w:b/>
          <w:sz w:val="24"/>
          <w:szCs w:val="24"/>
        </w:rPr>
        <w:t xml:space="preserve">People Management: </w:t>
      </w:r>
      <w:r w:rsidRPr="00943AC6">
        <w:rPr>
          <w:sz w:val="24"/>
          <w:szCs w:val="24"/>
        </w:rPr>
        <w:t>Tell us about a high-performing employee who was difficult to manage. What did you do?</w:t>
      </w:r>
    </w:p>
    <w:p w14:paraId="2114E4BF" w14:textId="77777777" w:rsidR="00270054" w:rsidRPr="00943AC6" w:rsidRDefault="00F21E91">
      <w:pPr>
        <w:rPr>
          <w:sz w:val="24"/>
          <w:szCs w:val="24"/>
        </w:rPr>
      </w:pPr>
      <w:r w:rsidRPr="00943AC6">
        <w:rPr>
          <w:b/>
          <w:sz w:val="24"/>
          <w:szCs w:val="24"/>
        </w:rPr>
        <w:t xml:space="preserve">Self-Awareness: </w:t>
      </w:r>
      <w:r w:rsidRPr="00943AC6">
        <w:rPr>
          <w:sz w:val="24"/>
          <w:szCs w:val="24"/>
        </w:rPr>
        <w:t>Tell us about a leadership decision you would make differently today. What did you learn?</w:t>
      </w:r>
    </w:p>
    <w:p w14:paraId="39983194" w14:textId="77777777" w:rsidR="00270054" w:rsidRDefault="00F21E91">
      <w:r>
        <w:br w:type="page"/>
      </w:r>
    </w:p>
    <w:p w14:paraId="1EB2CB77" w14:textId="5B1C0565" w:rsidR="00270054" w:rsidRDefault="00F21E91">
      <w:pPr>
        <w:pStyle w:val="Heading1"/>
      </w:pPr>
      <w:r>
        <w:lastRenderedPageBreak/>
        <w:t>Tool 4 — Follow-Up Question Bank</w:t>
      </w:r>
    </w:p>
    <w:p w14:paraId="4C345FC2" w14:textId="77777777" w:rsidR="00270054" w:rsidRDefault="00F21E91">
      <w:pPr>
        <w:spacing w:after="120"/>
        <w:rPr>
          <w:sz w:val="24"/>
          <w:szCs w:val="24"/>
        </w:rPr>
      </w:pPr>
      <w:r w:rsidRPr="00943AC6">
        <w:rPr>
          <w:sz w:val="24"/>
          <w:szCs w:val="24"/>
        </w:rPr>
        <w:t>Use follow-ups to move candidates from generalities to evidence.</w:t>
      </w:r>
    </w:p>
    <w:p w14:paraId="0EFA9791" w14:textId="77777777" w:rsidR="00943AC6" w:rsidRPr="00943AC6" w:rsidRDefault="00943AC6">
      <w:pPr>
        <w:spacing w:after="120"/>
        <w:rPr>
          <w:sz w:val="24"/>
          <w:szCs w:val="24"/>
        </w:rPr>
      </w:pPr>
    </w:p>
    <w:p w14:paraId="104A72EA" w14:textId="77777777" w:rsidR="00270054" w:rsidRPr="00943AC6" w:rsidRDefault="00F21E91">
      <w:pPr>
        <w:rPr>
          <w:sz w:val="24"/>
          <w:szCs w:val="24"/>
        </w:rPr>
      </w:pPr>
      <w:r w:rsidRPr="00943AC6">
        <w:rPr>
          <w:sz w:val="24"/>
          <w:szCs w:val="24"/>
        </w:rPr>
        <w:t>•  What specifically was your role?</w:t>
      </w:r>
    </w:p>
    <w:p w14:paraId="132741E5" w14:textId="77777777" w:rsidR="00270054" w:rsidRPr="00943AC6" w:rsidRDefault="00F21E91">
      <w:pPr>
        <w:rPr>
          <w:sz w:val="24"/>
          <w:szCs w:val="24"/>
        </w:rPr>
      </w:pPr>
      <w:r w:rsidRPr="00943AC6">
        <w:rPr>
          <w:sz w:val="24"/>
          <w:szCs w:val="24"/>
        </w:rPr>
        <w:t>•  What did you personally decide?</w:t>
      </w:r>
    </w:p>
    <w:p w14:paraId="64179B39" w14:textId="77777777" w:rsidR="00270054" w:rsidRPr="00943AC6" w:rsidRDefault="00F21E91">
      <w:pPr>
        <w:rPr>
          <w:sz w:val="24"/>
          <w:szCs w:val="24"/>
        </w:rPr>
      </w:pPr>
      <w:r w:rsidRPr="00943AC6">
        <w:rPr>
          <w:sz w:val="24"/>
          <w:szCs w:val="24"/>
        </w:rPr>
        <w:t>•  Why did you choose that approach?</w:t>
      </w:r>
    </w:p>
    <w:p w14:paraId="78AAB9E9" w14:textId="77777777" w:rsidR="00270054" w:rsidRPr="00943AC6" w:rsidRDefault="00F21E91">
      <w:pPr>
        <w:rPr>
          <w:sz w:val="24"/>
          <w:szCs w:val="24"/>
        </w:rPr>
      </w:pPr>
      <w:r w:rsidRPr="00943AC6">
        <w:rPr>
          <w:sz w:val="24"/>
          <w:szCs w:val="24"/>
        </w:rPr>
        <w:t>•  Who disagreed with you?</w:t>
      </w:r>
    </w:p>
    <w:p w14:paraId="48AB288A" w14:textId="77777777" w:rsidR="00270054" w:rsidRPr="00943AC6" w:rsidRDefault="00F21E91">
      <w:pPr>
        <w:rPr>
          <w:sz w:val="24"/>
          <w:szCs w:val="24"/>
        </w:rPr>
      </w:pPr>
      <w:r w:rsidRPr="00943AC6">
        <w:rPr>
          <w:sz w:val="24"/>
          <w:szCs w:val="24"/>
        </w:rPr>
        <w:t>•  What alternatives did you consider?</w:t>
      </w:r>
    </w:p>
    <w:p w14:paraId="693F0A93" w14:textId="77777777" w:rsidR="00270054" w:rsidRPr="00943AC6" w:rsidRDefault="00F21E91">
      <w:pPr>
        <w:rPr>
          <w:sz w:val="24"/>
          <w:szCs w:val="24"/>
        </w:rPr>
      </w:pPr>
      <w:r w:rsidRPr="00943AC6">
        <w:rPr>
          <w:sz w:val="24"/>
          <w:szCs w:val="24"/>
        </w:rPr>
        <w:t>•  What was the result?</w:t>
      </w:r>
    </w:p>
    <w:p w14:paraId="32859E71" w14:textId="77777777" w:rsidR="00270054" w:rsidRPr="00943AC6" w:rsidRDefault="00F21E91">
      <w:pPr>
        <w:rPr>
          <w:sz w:val="24"/>
          <w:szCs w:val="24"/>
        </w:rPr>
      </w:pPr>
      <w:r w:rsidRPr="00943AC6">
        <w:rPr>
          <w:sz w:val="24"/>
          <w:szCs w:val="24"/>
        </w:rPr>
        <w:t>•  How did you measure success?</w:t>
      </w:r>
    </w:p>
    <w:p w14:paraId="4B1C2440" w14:textId="77777777" w:rsidR="00270054" w:rsidRPr="00943AC6" w:rsidRDefault="00F21E91">
      <w:pPr>
        <w:rPr>
          <w:sz w:val="24"/>
          <w:szCs w:val="24"/>
        </w:rPr>
      </w:pPr>
      <w:r w:rsidRPr="00943AC6">
        <w:rPr>
          <w:sz w:val="24"/>
          <w:szCs w:val="24"/>
        </w:rPr>
        <w:t>•  What would your board or staff say about how you handled it?</w:t>
      </w:r>
    </w:p>
    <w:p w14:paraId="11A784DE" w14:textId="77777777" w:rsidR="00270054" w:rsidRPr="00943AC6" w:rsidRDefault="00F21E91">
      <w:pPr>
        <w:rPr>
          <w:sz w:val="24"/>
          <w:szCs w:val="24"/>
        </w:rPr>
      </w:pPr>
      <w:r w:rsidRPr="00943AC6">
        <w:rPr>
          <w:sz w:val="24"/>
          <w:szCs w:val="24"/>
        </w:rPr>
        <w:t>•  What would you do differently today?</w:t>
      </w:r>
    </w:p>
    <w:p w14:paraId="62A0F56A" w14:textId="77777777" w:rsidR="00270054" w:rsidRDefault="00F21E91">
      <w:pPr>
        <w:rPr>
          <w:sz w:val="24"/>
          <w:szCs w:val="24"/>
        </w:rPr>
      </w:pPr>
      <w:r w:rsidRPr="00943AC6">
        <w:rPr>
          <w:sz w:val="24"/>
          <w:szCs w:val="24"/>
        </w:rPr>
        <w:t>•  What did you learn?</w:t>
      </w:r>
    </w:p>
    <w:p w14:paraId="0207191E" w14:textId="77777777" w:rsidR="00943AC6" w:rsidRPr="00943AC6" w:rsidRDefault="00943AC6">
      <w:pPr>
        <w:rPr>
          <w:sz w:val="24"/>
          <w:szCs w:val="24"/>
        </w:rPr>
      </w:pPr>
    </w:p>
    <w:p w14:paraId="53F3C942" w14:textId="77777777" w:rsidR="00270054" w:rsidRDefault="00F21E91">
      <w:pPr>
        <w:pStyle w:val="Heading2"/>
      </w:pPr>
      <w:r>
        <w:t>Notes</w:t>
      </w:r>
    </w:p>
    <w:p w14:paraId="4A7CDC71" w14:textId="77777777" w:rsidR="00270054" w:rsidRPr="00943AC6" w:rsidRDefault="00F21E91">
      <w:pPr>
        <w:spacing w:after="60"/>
        <w:rPr>
          <w:sz w:val="24"/>
          <w:szCs w:val="24"/>
        </w:rPr>
      </w:pPr>
      <w:r w:rsidRPr="00943AC6">
        <w:rPr>
          <w:color w:val="AEBDB8"/>
          <w:sz w:val="24"/>
          <w:szCs w:val="24"/>
        </w:rPr>
        <w:t>________________________________________________________________________________</w:t>
      </w:r>
    </w:p>
    <w:p w14:paraId="3321B15F" w14:textId="77777777" w:rsidR="00270054" w:rsidRPr="00943AC6" w:rsidRDefault="00F21E91">
      <w:pPr>
        <w:spacing w:after="60"/>
        <w:rPr>
          <w:sz w:val="24"/>
          <w:szCs w:val="24"/>
        </w:rPr>
      </w:pPr>
      <w:r w:rsidRPr="00943AC6">
        <w:rPr>
          <w:color w:val="AEBDB8"/>
          <w:sz w:val="24"/>
          <w:szCs w:val="24"/>
        </w:rPr>
        <w:t>________________________________________________________________________________</w:t>
      </w:r>
    </w:p>
    <w:p w14:paraId="2E9E4694" w14:textId="77777777" w:rsidR="00270054" w:rsidRPr="00943AC6" w:rsidRDefault="00F21E91">
      <w:pPr>
        <w:spacing w:after="60"/>
        <w:rPr>
          <w:sz w:val="24"/>
          <w:szCs w:val="24"/>
        </w:rPr>
      </w:pPr>
      <w:r w:rsidRPr="00943AC6">
        <w:rPr>
          <w:color w:val="AEBDB8"/>
          <w:sz w:val="24"/>
          <w:szCs w:val="24"/>
        </w:rPr>
        <w:t>________________________________________________________________________________</w:t>
      </w:r>
    </w:p>
    <w:p w14:paraId="09067708" w14:textId="77777777" w:rsidR="00270054" w:rsidRPr="00943AC6" w:rsidRDefault="00F21E91">
      <w:pPr>
        <w:spacing w:after="60"/>
        <w:rPr>
          <w:sz w:val="24"/>
          <w:szCs w:val="24"/>
        </w:rPr>
      </w:pPr>
      <w:r w:rsidRPr="00943AC6">
        <w:rPr>
          <w:color w:val="AEBDB8"/>
          <w:sz w:val="24"/>
          <w:szCs w:val="24"/>
        </w:rPr>
        <w:t>________________________________________________________________________________</w:t>
      </w:r>
    </w:p>
    <w:p w14:paraId="58112A86" w14:textId="77777777" w:rsidR="00270054" w:rsidRPr="00943AC6" w:rsidRDefault="00F21E91">
      <w:pPr>
        <w:spacing w:after="60"/>
        <w:rPr>
          <w:sz w:val="24"/>
          <w:szCs w:val="24"/>
        </w:rPr>
      </w:pPr>
      <w:r w:rsidRPr="00943AC6">
        <w:rPr>
          <w:color w:val="AEBDB8"/>
          <w:sz w:val="24"/>
          <w:szCs w:val="24"/>
        </w:rPr>
        <w:t>________________________________________________________________________________</w:t>
      </w:r>
    </w:p>
    <w:p w14:paraId="25992E7F" w14:textId="77777777" w:rsidR="00270054" w:rsidRPr="00943AC6" w:rsidRDefault="00F21E91">
      <w:pPr>
        <w:spacing w:after="60"/>
        <w:rPr>
          <w:sz w:val="24"/>
          <w:szCs w:val="24"/>
        </w:rPr>
      </w:pPr>
      <w:r w:rsidRPr="00943AC6">
        <w:rPr>
          <w:color w:val="AEBDB8"/>
          <w:sz w:val="24"/>
          <w:szCs w:val="24"/>
        </w:rPr>
        <w:t>________________________________________________________________________________</w:t>
      </w:r>
    </w:p>
    <w:p w14:paraId="0099937C" w14:textId="77777777" w:rsidR="00270054" w:rsidRPr="00943AC6" w:rsidRDefault="00F21E91">
      <w:pPr>
        <w:spacing w:after="60"/>
        <w:rPr>
          <w:sz w:val="24"/>
          <w:szCs w:val="24"/>
        </w:rPr>
      </w:pPr>
      <w:r w:rsidRPr="00943AC6">
        <w:rPr>
          <w:color w:val="AEBDB8"/>
          <w:sz w:val="24"/>
          <w:szCs w:val="24"/>
        </w:rPr>
        <w:t>________________________________________________________________________________</w:t>
      </w:r>
    </w:p>
    <w:p w14:paraId="1EBBAB41" w14:textId="77777777" w:rsidR="00270054" w:rsidRPr="00943AC6" w:rsidRDefault="00F21E91">
      <w:pPr>
        <w:spacing w:after="60"/>
        <w:rPr>
          <w:sz w:val="24"/>
          <w:szCs w:val="24"/>
        </w:rPr>
      </w:pPr>
      <w:r w:rsidRPr="00943AC6">
        <w:rPr>
          <w:color w:val="AEBDB8"/>
          <w:sz w:val="24"/>
          <w:szCs w:val="24"/>
        </w:rPr>
        <w:t>________________________________________________________________________________</w:t>
      </w:r>
    </w:p>
    <w:p w14:paraId="20A5A0BA" w14:textId="77777777" w:rsidR="00270054" w:rsidRPr="00943AC6" w:rsidRDefault="00F21E91">
      <w:pPr>
        <w:spacing w:after="60"/>
        <w:rPr>
          <w:sz w:val="24"/>
          <w:szCs w:val="24"/>
        </w:rPr>
      </w:pPr>
      <w:r w:rsidRPr="00943AC6">
        <w:rPr>
          <w:color w:val="AEBDB8"/>
          <w:sz w:val="24"/>
          <w:szCs w:val="24"/>
        </w:rPr>
        <w:t>________________________________________________________________________________</w:t>
      </w:r>
    </w:p>
    <w:p w14:paraId="0D13C2D2" w14:textId="77777777" w:rsidR="00270054" w:rsidRDefault="00F21E91">
      <w:r>
        <w:br w:type="page"/>
      </w:r>
    </w:p>
    <w:p w14:paraId="4A25B9CF" w14:textId="77777777" w:rsidR="00270054" w:rsidRPr="00943AC6" w:rsidRDefault="00F21E91">
      <w:pPr>
        <w:pStyle w:val="Heading1"/>
        <w:rPr>
          <w:sz w:val="48"/>
          <w:szCs w:val="48"/>
        </w:rPr>
      </w:pPr>
      <w:r w:rsidRPr="00943AC6">
        <w:rPr>
          <w:sz w:val="48"/>
          <w:szCs w:val="48"/>
        </w:rPr>
        <w:lastRenderedPageBreak/>
        <w:t>Tool 5 — Scenario Interview Questions</w:t>
      </w:r>
    </w:p>
    <w:p w14:paraId="24560F48" w14:textId="77777777" w:rsidR="00270054" w:rsidRDefault="00F21E91" w:rsidP="0066520B">
      <w:pPr>
        <w:pStyle w:val="Heading2"/>
        <w:spacing w:before="0"/>
      </w:pPr>
      <w:r>
        <w:t>Compliance &amp; Transparency</w:t>
      </w:r>
    </w:p>
    <w:p w14:paraId="14950D7B" w14:textId="77777777" w:rsidR="00270054" w:rsidRPr="0066520B" w:rsidRDefault="00F21E91">
      <w:pPr>
        <w:spacing w:after="120"/>
        <w:rPr>
          <w:sz w:val="24"/>
          <w:szCs w:val="24"/>
        </w:rPr>
      </w:pPr>
      <w:r w:rsidRPr="0066520B">
        <w:rPr>
          <w:sz w:val="24"/>
          <w:szCs w:val="24"/>
        </w:rPr>
        <w:t xml:space="preserve">You have been Executive Director for three weeks. You discover the authority is significantly behind on required property inspections, staff morale is poor, and the board believes everything is operating well. </w:t>
      </w:r>
      <w:proofErr w:type="gramStart"/>
      <w:r w:rsidRPr="0066520B">
        <w:rPr>
          <w:sz w:val="24"/>
          <w:szCs w:val="24"/>
        </w:rPr>
        <w:t>Walk us</w:t>
      </w:r>
      <w:proofErr w:type="gramEnd"/>
      <w:r w:rsidRPr="0066520B">
        <w:rPr>
          <w:sz w:val="24"/>
          <w:szCs w:val="24"/>
        </w:rPr>
        <w:t xml:space="preserve"> through your first 30 days.</w:t>
      </w:r>
    </w:p>
    <w:p w14:paraId="3532F6BC" w14:textId="77777777" w:rsidR="00270054" w:rsidRPr="0066520B" w:rsidRDefault="00F21E91">
      <w:pPr>
        <w:spacing w:after="120"/>
        <w:rPr>
          <w:sz w:val="24"/>
          <w:szCs w:val="24"/>
        </w:rPr>
      </w:pPr>
      <w:r w:rsidRPr="0066520B">
        <w:rPr>
          <w:sz w:val="24"/>
          <w:szCs w:val="24"/>
        </w:rPr>
        <w:t xml:space="preserve">Evidence / behaviors to listen </w:t>
      </w:r>
      <w:proofErr w:type="gramStart"/>
      <w:r w:rsidRPr="0066520B">
        <w:rPr>
          <w:sz w:val="24"/>
          <w:szCs w:val="24"/>
        </w:rPr>
        <w:t>for</w:t>
      </w:r>
      <w:proofErr w:type="gramEnd"/>
      <w:r w:rsidRPr="0066520B">
        <w:rPr>
          <w:sz w:val="24"/>
          <w:szCs w:val="24"/>
        </w:rPr>
        <w:t>:</w:t>
      </w:r>
    </w:p>
    <w:p w14:paraId="7F3055F9"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7C5F1CD3"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67E1D617" w14:textId="77777777" w:rsidR="00270054" w:rsidRDefault="00F21E91">
      <w:pPr>
        <w:pStyle w:val="Heading2"/>
      </w:pPr>
      <w:r>
        <w:t>Board Boundary</w:t>
      </w:r>
    </w:p>
    <w:p w14:paraId="5DDF31E8" w14:textId="77777777" w:rsidR="00270054" w:rsidRPr="0066520B" w:rsidRDefault="00F21E91">
      <w:pPr>
        <w:spacing w:after="120"/>
        <w:rPr>
          <w:sz w:val="24"/>
          <w:szCs w:val="24"/>
        </w:rPr>
      </w:pPr>
      <w:r w:rsidRPr="0066520B">
        <w:rPr>
          <w:sz w:val="24"/>
          <w:szCs w:val="24"/>
        </w:rPr>
        <w:t>A commissioner begins directing staff and requesting operational changes outside board meetings. Staff are confused about who they report to. How would you respond?</w:t>
      </w:r>
    </w:p>
    <w:p w14:paraId="568A6D4B" w14:textId="77777777" w:rsidR="00270054" w:rsidRPr="0066520B" w:rsidRDefault="00F21E91">
      <w:pPr>
        <w:spacing w:after="120"/>
        <w:rPr>
          <w:sz w:val="24"/>
          <w:szCs w:val="24"/>
        </w:rPr>
      </w:pPr>
      <w:r w:rsidRPr="0066520B">
        <w:rPr>
          <w:sz w:val="24"/>
          <w:szCs w:val="24"/>
        </w:rPr>
        <w:t xml:space="preserve">Evidence / behaviors to listen </w:t>
      </w:r>
      <w:proofErr w:type="gramStart"/>
      <w:r w:rsidRPr="0066520B">
        <w:rPr>
          <w:sz w:val="24"/>
          <w:szCs w:val="24"/>
        </w:rPr>
        <w:t>for</w:t>
      </w:r>
      <w:proofErr w:type="gramEnd"/>
      <w:r w:rsidRPr="0066520B">
        <w:rPr>
          <w:sz w:val="24"/>
          <w:szCs w:val="24"/>
        </w:rPr>
        <w:t>:</w:t>
      </w:r>
    </w:p>
    <w:p w14:paraId="178FB230"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7EB38A0A"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48C3A116" w14:textId="77777777" w:rsidR="00270054" w:rsidRDefault="00F21E91">
      <w:pPr>
        <w:pStyle w:val="Heading2"/>
      </w:pPr>
      <w:r>
        <w:t>Financial Pressure</w:t>
      </w:r>
    </w:p>
    <w:p w14:paraId="1407A1C9" w14:textId="77777777" w:rsidR="00270054" w:rsidRPr="0066520B" w:rsidRDefault="00F21E91">
      <w:pPr>
        <w:spacing w:after="120"/>
        <w:rPr>
          <w:sz w:val="24"/>
          <w:szCs w:val="24"/>
        </w:rPr>
      </w:pPr>
      <w:proofErr w:type="gramStart"/>
      <w:r w:rsidRPr="0066520B">
        <w:rPr>
          <w:sz w:val="24"/>
          <w:szCs w:val="24"/>
        </w:rPr>
        <w:t>Midyear</w:t>
      </w:r>
      <w:proofErr w:type="gramEnd"/>
      <w:r w:rsidRPr="0066520B">
        <w:rPr>
          <w:sz w:val="24"/>
          <w:szCs w:val="24"/>
        </w:rPr>
        <w:t xml:space="preserve"> projections show a significant operating shortfall. What information would you gather, who would you involve, and how would you present options to the board?</w:t>
      </w:r>
    </w:p>
    <w:p w14:paraId="03D658DE" w14:textId="77777777" w:rsidR="00270054" w:rsidRPr="0066520B" w:rsidRDefault="00F21E91">
      <w:pPr>
        <w:spacing w:after="120"/>
        <w:rPr>
          <w:sz w:val="24"/>
          <w:szCs w:val="24"/>
        </w:rPr>
      </w:pPr>
      <w:r w:rsidRPr="0066520B">
        <w:rPr>
          <w:sz w:val="24"/>
          <w:szCs w:val="24"/>
        </w:rPr>
        <w:t xml:space="preserve">Evidence / behaviors to listen </w:t>
      </w:r>
      <w:proofErr w:type="gramStart"/>
      <w:r w:rsidRPr="0066520B">
        <w:rPr>
          <w:sz w:val="24"/>
          <w:szCs w:val="24"/>
        </w:rPr>
        <w:t>for</w:t>
      </w:r>
      <w:proofErr w:type="gramEnd"/>
      <w:r w:rsidRPr="0066520B">
        <w:rPr>
          <w:sz w:val="24"/>
          <w:szCs w:val="24"/>
        </w:rPr>
        <w:t>:</w:t>
      </w:r>
    </w:p>
    <w:p w14:paraId="511BDCA4"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34EC6EEC"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6D682A6D" w14:textId="77777777" w:rsidR="00270054" w:rsidRDefault="00F21E91">
      <w:pPr>
        <w:pStyle w:val="Heading2"/>
      </w:pPr>
      <w:r>
        <w:t>Resident Crisis</w:t>
      </w:r>
    </w:p>
    <w:p w14:paraId="50307781" w14:textId="77777777" w:rsidR="00270054" w:rsidRPr="0066520B" w:rsidRDefault="00F21E91">
      <w:pPr>
        <w:spacing w:after="120"/>
        <w:rPr>
          <w:sz w:val="24"/>
          <w:szCs w:val="24"/>
        </w:rPr>
      </w:pPr>
      <w:r w:rsidRPr="0066520B">
        <w:rPr>
          <w:sz w:val="24"/>
          <w:szCs w:val="24"/>
        </w:rPr>
        <w:t>A highly public resident complaint is gaining attention on social media and from elected officials. The facts are incomplete. What do you do in the first 24 hours?</w:t>
      </w:r>
    </w:p>
    <w:p w14:paraId="6E657CE2" w14:textId="77777777" w:rsidR="00270054" w:rsidRPr="0066520B" w:rsidRDefault="00F21E91">
      <w:pPr>
        <w:spacing w:after="120"/>
        <w:rPr>
          <w:sz w:val="24"/>
          <w:szCs w:val="24"/>
        </w:rPr>
      </w:pPr>
      <w:r w:rsidRPr="0066520B">
        <w:rPr>
          <w:sz w:val="24"/>
          <w:szCs w:val="24"/>
        </w:rPr>
        <w:t xml:space="preserve">Evidence / behaviors to listen </w:t>
      </w:r>
      <w:proofErr w:type="gramStart"/>
      <w:r w:rsidRPr="0066520B">
        <w:rPr>
          <w:sz w:val="24"/>
          <w:szCs w:val="24"/>
        </w:rPr>
        <w:t>for</w:t>
      </w:r>
      <w:proofErr w:type="gramEnd"/>
      <w:r w:rsidRPr="0066520B">
        <w:rPr>
          <w:sz w:val="24"/>
          <w:szCs w:val="24"/>
        </w:rPr>
        <w:t>:</w:t>
      </w:r>
    </w:p>
    <w:p w14:paraId="4674CEF4"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0A34535D"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146EDFC5" w14:textId="77777777" w:rsidR="00270054" w:rsidRDefault="00F21E91">
      <w:pPr>
        <w:pStyle w:val="Heading2"/>
      </w:pPr>
      <w:r>
        <w:t>Staff Accountability</w:t>
      </w:r>
    </w:p>
    <w:p w14:paraId="7C8B38E4" w14:textId="77777777" w:rsidR="00270054" w:rsidRPr="0066520B" w:rsidRDefault="00F21E91">
      <w:pPr>
        <w:spacing w:after="120"/>
        <w:rPr>
          <w:sz w:val="24"/>
          <w:szCs w:val="24"/>
        </w:rPr>
      </w:pPr>
      <w:r w:rsidRPr="0066520B">
        <w:rPr>
          <w:sz w:val="24"/>
          <w:szCs w:val="24"/>
        </w:rPr>
        <w:t>A long-term senior manager is popular with the board but repeatedly fails to meet performance expectations. How would you handle the situation?</w:t>
      </w:r>
    </w:p>
    <w:p w14:paraId="0412891B" w14:textId="77777777" w:rsidR="00270054" w:rsidRPr="0066520B" w:rsidRDefault="00F21E91">
      <w:pPr>
        <w:spacing w:after="120"/>
        <w:rPr>
          <w:sz w:val="24"/>
          <w:szCs w:val="24"/>
        </w:rPr>
      </w:pPr>
      <w:r w:rsidRPr="0066520B">
        <w:rPr>
          <w:sz w:val="24"/>
          <w:szCs w:val="24"/>
        </w:rPr>
        <w:t xml:space="preserve">Evidence / behaviors to listen </w:t>
      </w:r>
      <w:proofErr w:type="gramStart"/>
      <w:r w:rsidRPr="0066520B">
        <w:rPr>
          <w:sz w:val="24"/>
          <w:szCs w:val="24"/>
        </w:rPr>
        <w:t>for</w:t>
      </w:r>
      <w:proofErr w:type="gramEnd"/>
      <w:r w:rsidRPr="0066520B">
        <w:rPr>
          <w:sz w:val="24"/>
          <w:szCs w:val="24"/>
        </w:rPr>
        <w:t>:</w:t>
      </w:r>
    </w:p>
    <w:p w14:paraId="5622711A"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0259D74E" w14:textId="5E983E1F" w:rsidR="00270054" w:rsidRPr="0066520B" w:rsidRDefault="00270054">
      <w:pPr>
        <w:spacing w:after="60"/>
        <w:rPr>
          <w:sz w:val="24"/>
          <w:szCs w:val="24"/>
        </w:rPr>
      </w:pPr>
    </w:p>
    <w:p w14:paraId="4BA56B2E" w14:textId="77777777" w:rsidR="00270054" w:rsidRDefault="00F21E91">
      <w:r>
        <w:br w:type="page"/>
      </w:r>
    </w:p>
    <w:p w14:paraId="240DA51F" w14:textId="77777777" w:rsidR="00270054" w:rsidRPr="0066520B" w:rsidRDefault="00F21E91">
      <w:pPr>
        <w:pStyle w:val="Heading1"/>
        <w:rPr>
          <w:sz w:val="48"/>
          <w:szCs w:val="48"/>
        </w:rPr>
      </w:pPr>
      <w:r w:rsidRPr="0066520B">
        <w:rPr>
          <w:sz w:val="48"/>
          <w:szCs w:val="48"/>
        </w:rPr>
        <w:lastRenderedPageBreak/>
        <w:t>Tool 6 — Candidate Evaluation Scorecard</w:t>
      </w:r>
    </w:p>
    <w:p w14:paraId="3A8465D6" w14:textId="77777777" w:rsidR="00270054" w:rsidRPr="0066520B" w:rsidRDefault="00F21E91">
      <w:pPr>
        <w:spacing w:after="120"/>
        <w:rPr>
          <w:sz w:val="24"/>
          <w:szCs w:val="24"/>
        </w:rPr>
      </w:pPr>
      <w:r w:rsidRPr="0066520B">
        <w:rPr>
          <w:sz w:val="24"/>
          <w:szCs w:val="24"/>
        </w:rPr>
        <w:t>Complete independently before discussing candidates with other commissioners. Suggested weights may be changed before the search begins.</w:t>
      </w:r>
    </w:p>
    <w:tbl>
      <w:tblPr>
        <w:tblStyle w:val="TableGrid"/>
        <w:tblW w:w="0" w:type="auto"/>
        <w:jc w:val="center"/>
        <w:tblLook w:val="04A0" w:firstRow="1" w:lastRow="0" w:firstColumn="1" w:lastColumn="0" w:noHBand="0" w:noVBand="1"/>
      </w:tblPr>
      <w:tblGrid>
        <w:gridCol w:w="2044"/>
        <w:gridCol w:w="2042"/>
        <w:gridCol w:w="2042"/>
        <w:gridCol w:w="2043"/>
        <w:gridCol w:w="2043"/>
      </w:tblGrid>
      <w:tr w:rsidR="00270054" w:rsidRPr="0066520B" w14:paraId="153E45A0" w14:textId="77777777">
        <w:trPr>
          <w:jc w:val="center"/>
        </w:trPr>
        <w:tc>
          <w:tcPr>
            <w:tcW w:w="2045" w:type="dxa"/>
            <w:shd w:val="clear" w:color="auto" w:fill="163D38"/>
            <w:tcMar>
              <w:top w:w="90" w:type="dxa"/>
              <w:left w:w="90" w:type="dxa"/>
              <w:bottom w:w="90" w:type="dxa"/>
              <w:right w:w="90" w:type="dxa"/>
            </w:tcMar>
            <w:vAlign w:val="center"/>
          </w:tcPr>
          <w:p w14:paraId="044398D7" w14:textId="77777777" w:rsidR="00270054" w:rsidRPr="0066520B" w:rsidRDefault="00F21E91">
            <w:pPr>
              <w:rPr>
                <w:sz w:val="24"/>
                <w:szCs w:val="24"/>
              </w:rPr>
            </w:pPr>
            <w:r w:rsidRPr="0066520B">
              <w:rPr>
                <w:b/>
                <w:color w:val="FFFFFF"/>
                <w:sz w:val="24"/>
                <w:szCs w:val="24"/>
              </w:rPr>
              <w:t>Category</w:t>
            </w:r>
          </w:p>
        </w:tc>
        <w:tc>
          <w:tcPr>
            <w:tcW w:w="2045" w:type="dxa"/>
            <w:shd w:val="clear" w:color="auto" w:fill="163D38"/>
            <w:tcMar>
              <w:top w:w="90" w:type="dxa"/>
              <w:left w:w="90" w:type="dxa"/>
              <w:bottom w:w="90" w:type="dxa"/>
              <w:right w:w="90" w:type="dxa"/>
            </w:tcMar>
            <w:vAlign w:val="center"/>
          </w:tcPr>
          <w:p w14:paraId="304B1845" w14:textId="77777777" w:rsidR="00270054" w:rsidRPr="0066520B" w:rsidRDefault="00F21E91">
            <w:pPr>
              <w:rPr>
                <w:sz w:val="24"/>
                <w:szCs w:val="24"/>
              </w:rPr>
            </w:pPr>
            <w:r w:rsidRPr="0066520B">
              <w:rPr>
                <w:b/>
                <w:color w:val="FFFFFF"/>
                <w:sz w:val="24"/>
                <w:szCs w:val="24"/>
              </w:rPr>
              <w:t>Weight</w:t>
            </w:r>
          </w:p>
        </w:tc>
        <w:tc>
          <w:tcPr>
            <w:tcW w:w="2045" w:type="dxa"/>
            <w:shd w:val="clear" w:color="auto" w:fill="163D38"/>
            <w:tcMar>
              <w:top w:w="90" w:type="dxa"/>
              <w:left w:w="90" w:type="dxa"/>
              <w:bottom w:w="90" w:type="dxa"/>
              <w:right w:w="90" w:type="dxa"/>
            </w:tcMar>
            <w:vAlign w:val="center"/>
          </w:tcPr>
          <w:p w14:paraId="4BEED054" w14:textId="77777777" w:rsidR="00270054" w:rsidRPr="0066520B" w:rsidRDefault="00F21E91">
            <w:pPr>
              <w:rPr>
                <w:sz w:val="24"/>
                <w:szCs w:val="24"/>
              </w:rPr>
            </w:pPr>
            <w:r w:rsidRPr="0066520B">
              <w:rPr>
                <w:b/>
                <w:color w:val="FFFFFF"/>
                <w:sz w:val="24"/>
                <w:szCs w:val="24"/>
              </w:rPr>
              <w:t>Rating (1–5)</w:t>
            </w:r>
          </w:p>
        </w:tc>
        <w:tc>
          <w:tcPr>
            <w:tcW w:w="2045" w:type="dxa"/>
            <w:shd w:val="clear" w:color="auto" w:fill="163D38"/>
            <w:tcMar>
              <w:top w:w="90" w:type="dxa"/>
              <w:left w:w="90" w:type="dxa"/>
              <w:bottom w:w="90" w:type="dxa"/>
              <w:right w:w="90" w:type="dxa"/>
            </w:tcMar>
            <w:vAlign w:val="center"/>
          </w:tcPr>
          <w:p w14:paraId="23BB0860" w14:textId="77777777" w:rsidR="00270054" w:rsidRPr="0066520B" w:rsidRDefault="00F21E91">
            <w:pPr>
              <w:rPr>
                <w:sz w:val="24"/>
                <w:szCs w:val="24"/>
              </w:rPr>
            </w:pPr>
            <w:r w:rsidRPr="0066520B">
              <w:rPr>
                <w:b/>
                <w:color w:val="FFFFFF"/>
                <w:sz w:val="24"/>
                <w:szCs w:val="24"/>
              </w:rPr>
              <w:t>Weighted Score</w:t>
            </w:r>
          </w:p>
        </w:tc>
        <w:tc>
          <w:tcPr>
            <w:tcW w:w="2045" w:type="dxa"/>
            <w:shd w:val="clear" w:color="auto" w:fill="163D38"/>
            <w:tcMar>
              <w:top w:w="90" w:type="dxa"/>
              <w:left w:w="90" w:type="dxa"/>
              <w:bottom w:w="90" w:type="dxa"/>
              <w:right w:w="90" w:type="dxa"/>
            </w:tcMar>
            <w:vAlign w:val="center"/>
          </w:tcPr>
          <w:p w14:paraId="593D06E4" w14:textId="77777777" w:rsidR="00270054" w:rsidRPr="0066520B" w:rsidRDefault="00F21E91">
            <w:pPr>
              <w:rPr>
                <w:sz w:val="24"/>
                <w:szCs w:val="24"/>
              </w:rPr>
            </w:pPr>
            <w:r w:rsidRPr="0066520B">
              <w:rPr>
                <w:b/>
                <w:color w:val="FFFFFF"/>
                <w:sz w:val="24"/>
                <w:szCs w:val="24"/>
              </w:rPr>
              <w:t>Evidence / Notes</w:t>
            </w:r>
          </w:p>
        </w:tc>
      </w:tr>
      <w:tr w:rsidR="00270054" w:rsidRPr="0066520B" w14:paraId="0269D207" w14:textId="77777777">
        <w:trPr>
          <w:jc w:val="center"/>
        </w:trPr>
        <w:tc>
          <w:tcPr>
            <w:tcW w:w="2045" w:type="dxa"/>
            <w:tcMar>
              <w:top w:w="90" w:type="dxa"/>
              <w:left w:w="90" w:type="dxa"/>
              <w:bottom w:w="90" w:type="dxa"/>
              <w:right w:w="90" w:type="dxa"/>
            </w:tcMar>
          </w:tcPr>
          <w:p w14:paraId="1101DB14" w14:textId="77777777" w:rsidR="00270054" w:rsidRPr="0066520B" w:rsidRDefault="00F21E91">
            <w:pPr>
              <w:rPr>
                <w:sz w:val="24"/>
                <w:szCs w:val="24"/>
              </w:rPr>
            </w:pPr>
            <w:r w:rsidRPr="0066520B">
              <w:rPr>
                <w:sz w:val="24"/>
                <w:szCs w:val="24"/>
              </w:rPr>
              <w:t>Leadership</w:t>
            </w:r>
          </w:p>
        </w:tc>
        <w:tc>
          <w:tcPr>
            <w:tcW w:w="2045" w:type="dxa"/>
            <w:tcMar>
              <w:top w:w="90" w:type="dxa"/>
              <w:left w:w="90" w:type="dxa"/>
              <w:bottom w:w="90" w:type="dxa"/>
              <w:right w:w="90" w:type="dxa"/>
            </w:tcMar>
          </w:tcPr>
          <w:p w14:paraId="0F3E3A7A" w14:textId="77777777" w:rsidR="00270054" w:rsidRPr="0066520B" w:rsidRDefault="00F21E91">
            <w:pPr>
              <w:rPr>
                <w:sz w:val="24"/>
                <w:szCs w:val="24"/>
              </w:rPr>
            </w:pPr>
            <w:r w:rsidRPr="0066520B">
              <w:rPr>
                <w:sz w:val="24"/>
                <w:szCs w:val="24"/>
              </w:rPr>
              <w:t>20%</w:t>
            </w:r>
          </w:p>
        </w:tc>
        <w:tc>
          <w:tcPr>
            <w:tcW w:w="2045" w:type="dxa"/>
            <w:tcMar>
              <w:top w:w="90" w:type="dxa"/>
              <w:left w:w="90" w:type="dxa"/>
              <w:bottom w:w="90" w:type="dxa"/>
              <w:right w:w="90" w:type="dxa"/>
            </w:tcMar>
          </w:tcPr>
          <w:p w14:paraId="6156143D" w14:textId="77777777" w:rsidR="00270054" w:rsidRPr="0066520B" w:rsidRDefault="00270054">
            <w:pPr>
              <w:rPr>
                <w:sz w:val="24"/>
                <w:szCs w:val="24"/>
              </w:rPr>
            </w:pPr>
          </w:p>
        </w:tc>
        <w:tc>
          <w:tcPr>
            <w:tcW w:w="2045" w:type="dxa"/>
            <w:tcMar>
              <w:top w:w="90" w:type="dxa"/>
              <w:left w:w="90" w:type="dxa"/>
              <w:bottom w:w="90" w:type="dxa"/>
              <w:right w:w="90" w:type="dxa"/>
            </w:tcMar>
          </w:tcPr>
          <w:p w14:paraId="3E5351A9" w14:textId="77777777" w:rsidR="00270054" w:rsidRPr="0066520B" w:rsidRDefault="00270054">
            <w:pPr>
              <w:rPr>
                <w:sz w:val="24"/>
                <w:szCs w:val="24"/>
              </w:rPr>
            </w:pPr>
          </w:p>
        </w:tc>
        <w:tc>
          <w:tcPr>
            <w:tcW w:w="2045" w:type="dxa"/>
            <w:tcMar>
              <w:top w:w="90" w:type="dxa"/>
              <w:left w:w="90" w:type="dxa"/>
              <w:bottom w:w="90" w:type="dxa"/>
              <w:right w:w="90" w:type="dxa"/>
            </w:tcMar>
          </w:tcPr>
          <w:p w14:paraId="1D7090A5" w14:textId="77777777" w:rsidR="00270054" w:rsidRPr="0066520B" w:rsidRDefault="00270054">
            <w:pPr>
              <w:rPr>
                <w:sz w:val="24"/>
                <w:szCs w:val="24"/>
              </w:rPr>
            </w:pPr>
          </w:p>
        </w:tc>
      </w:tr>
      <w:tr w:rsidR="00270054" w:rsidRPr="0066520B" w14:paraId="2A73106C" w14:textId="77777777">
        <w:trPr>
          <w:jc w:val="center"/>
        </w:trPr>
        <w:tc>
          <w:tcPr>
            <w:tcW w:w="2045" w:type="dxa"/>
            <w:shd w:val="clear" w:color="auto" w:fill="F2F7F5"/>
            <w:tcMar>
              <w:top w:w="90" w:type="dxa"/>
              <w:left w:w="90" w:type="dxa"/>
              <w:bottom w:w="90" w:type="dxa"/>
              <w:right w:w="90" w:type="dxa"/>
            </w:tcMar>
          </w:tcPr>
          <w:p w14:paraId="30AAFFFB" w14:textId="77777777" w:rsidR="00270054" w:rsidRPr="0066520B" w:rsidRDefault="00F21E91">
            <w:pPr>
              <w:rPr>
                <w:sz w:val="24"/>
                <w:szCs w:val="24"/>
              </w:rPr>
            </w:pPr>
            <w:r w:rsidRPr="0066520B">
              <w:rPr>
                <w:sz w:val="24"/>
                <w:szCs w:val="24"/>
              </w:rPr>
              <w:t>Housing / Technical Knowledge</w:t>
            </w:r>
          </w:p>
        </w:tc>
        <w:tc>
          <w:tcPr>
            <w:tcW w:w="2045" w:type="dxa"/>
            <w:shd w:val="clear" w:color="auto" w:fill="F2F7F5"/>
            <w:tcMar>
              <w:top w:w="90" w:type="dxa"/>
              <w:left w:w="90" w:type="dxa"/>
              <w:bottom w:w="90" w:type="dxa"/>
              <w:right w:w="90" w:type="dxa"/>
            </w:tcMar>
          </w:tcPr>
          <w:p w14:paraId="2B2B04D2" w14:textId="77777777" w:rsidR="00270054" w:rsidRPr="0066520B" w:rsidRDefault="00F21E91">
            <w:pPr>
              <w:rPr>
                <w:sz w:val="24"/>
                <w:szCs w:val="24"/>
              </w:rPr>
            </w:pPr>
            <w:r w:rsidRPr="0066520B">
              <w:rPr>
                <w:sz w:val="24"/>
                <w:szCs w:val="24"/>
              </w:rPr>
              <w:t>15%</w:t>
            </w:r>
          </w:p>
        </w:tc>
        <w:tc>
          <w:tcPr>
            <w:tcW w:w="2045" w:type="dxa"/>
            <w:shd w:val="clear" w:color="auto" w:fill="F2F7F5"/>
            <w:tcMar>
              <w:top w:w="90" w:type="dxa"/>
              <w:left w:w="90" w:type="dxa"/>
              <w:bottom w:w="90" w:type="dxa"/>
              <w:right w:w="90" w:type="dxa"/>
            </w:tcMar>
          </w:tcPr>
          <w:p w14:paraId="2C64C575" w14:textId="77777777" w:rsidR="00270054" w:rsidRPr="0066520B" w:rsidRDefault="00270054">
            <w:pPr>
              <w:rPr>
                <w:sz w:val="24"/>
                <w:szCs w:val="24"/>
              </w:rPr>
            </w:pPr>
          </w:p>
        </w:tc>
        <w:tc>
          <w:tcPr>
            <w:tcW w:w="2045" w:type="dxa"/>
            <w:shd w:val="clear" w:color="auto" w:fill="F2F7F5"/>
            <w:tcMar>
              <w:top w:w="90" w:type="dxa"/>
              <w:left w:w="90" w:type="dxa"/>
              <w:bottom w:w="90" w:type="dxa"/>
              <w:right w:w="90" w:type="dxa"/>
            </w:tcMar>
          </w:tcPr>
          <w:p w14:paraId="30F7D2D3" w14:textId="77777777" w:rsidR="00270054" w:rsidRPr="0066520B" w:rsidRDefault="00270054">
            <w:pPr>
              <w:rPr>
                <w:sz w:val="24"/>
                <w:szCs w:val="24"/>
              </w:rPr>
            </w:pPr>
          </w:p>
        </w:tc>
        <w:tc>
          <w:tcPr>
            <w:tcW w:w="2045" w:type="dxa"/>
            <w:shd w:val="clear" w:color="auto" w:fill="F2F7F5"/>
            <w:tcMar>
              <w:top w:w="90" w:type="dxa"/>
              <w:left w:w="90" w:type="dxa"/>
              <w:bottom w:w="90" w:type="dxa"/>
              <w:right w:w="90" w:type="dxa"/>
            </w:tcMar>
          </w:tcPr>
          <w:p w14:paraId="2E5FC0C5" w14:textId="77777777" w:rsidR="00270054" w:rsidRPr="0066520B" w:rsidRDefault="00270054">
            <w:pPr>
              <w:rPr>
                <w:sz w:val="24"/>
                <w:szCs w:val="24"/>
              </w:rPr>
            </w:pPr>
          </w:p>
        </w:tc>
      </w:tr>
      <w:tr w:rsidR="00270054" w:rsidRPr="0066520B" w14:paraId="63677A82" w14:textId="77777777">
        <w:trPr>
          <w:jc w:val="center"/>
        </w:trPr>
        <w:tc>
          <w:tcPr>
            <w:tcW w:w="2045" w:type="dxa"/>
            <w:tcMar>
              <w:top w:w="90" w:type="dxa"/>
              <w:left w:w="90" w:type="dxa"/>
              <w:bottom w:w="90" w:type="dxa"/>
              <w:right w:w="90" w:type="dxa"/>
            </w:tcMar>
          </w:tcPr>
          <w:p w14:paraId="1B49C452" w14:textId="77777777" w:rsidR="00270054" w:rsidRPr="0066520B" w:rsidRDefault="00F21E91">
            <w:pPr>
              <w:rPr>
                <w:sz w:val="24"/>
                <w:szCs w:val="24"/>
              </w:rPr>
            </w:pPr>
            <w:r w:rsidRPr="0066520B">
              <w:rPr>
                <w:sz w:val="24"/>
                <w:szCs w:val="24"/>
              </w:rPr>
              <w:t>Financial Management</w:t>
            </w:r>
          </w:p>
        </w:tc>
        <w:tc>
          <w:tcPr>
            <w:tcW w:w="2045" w:type="dxa"/>
            <w:tcMar>
              <w:top w:w="90" w:type="dxa"/>
              <w:left w:w="90" w:type="dxa"/>
              <w:bottom w:w="90" w:type="dxa"/>
              <w:right w:w="90" w:type="dxa"/>
            </w:tcMar>
          </w:tcPr>
          <w:p w14:paraId="77FD4365" w14:textId="77777777" w:rsidR="00270054" w:rsidRPr="0066520B" w:rsidRDefault="00F21E91">
            <w:pPr>
              <w:rPr>
                <w:sz w:val="24"/>
                <w:szCs w:val="24"/>
              </w:rPr>
            </w:pPr>
            <w:r w:rsidRPr="0066520B">
              <w:rPr>
                <w:sz w:val="24"/>
                <w:szCs w:val="24"/>
              </w:rPr>
              <w:t>15%</w:t>
            </w:r>
          </w:p>
        </w:tc>
        <w:tc>
          <w:tcPr>
            <w:tcW w:w="2045" w:type="dxa"/>
            <w:tcMar>
              <w:top w:w="90" w:type="dxa"/>
              <w:left w:w="90" w:type="dxa"/>
              <w:bottom w:w="90" w:type="dxa"/>
              <w:right w:w="90" w:type="dxa"/>
            </w:tcMar>
          </w:tcPr>
          <w:p w14:paraId="4A0F7014" w14:textId="77777777" w:rsidR="00270054" w:rsidRPr="0066520B" w:rsidRDefault="00270054">
            <w:pPr>
              <w:rPr>
                <w:sz w:val="24"/>
                <w:szCs w:val="24"/>
              </w:rPr>
            </w:pPr>
          </w:p>
        </w:tc>
        <w:tc>
          <w:tcPr>
            <w:tcW w:w="2045" w:type="dxa"/>
            <w:tcMar>
              <w:top w:w="90" w:type="dxa"/>
              <w:left w:w="90" w:type="dxa"/>
              <w:bottom w:w="90" w:type="dxa"/>
              <w:right w:w="90" w:type="dxa"/>
            </w:tcMar>
          </w:tcPr>
          <w:p w14:paraId="4D4B88CE" w14:textId="77777777" w:rsidR="00270054" w:rsidRPr="0066520B" w:rsidRDefault="00270054">
            <w:pPr>
              <w:rPr>
                <w:sz w:val="24"/>
                <w:szCs w:val="24"/>
              </w:rPr>
            </w:pPr>
          </w:p>
        </w:tc>
        <w:tc>
          <w:tcPr>
            <w:tcW w:w="2045" w:type="dxa"/>
            <w:tcMar>
              <w:top w:w="90" w:type="dxa"/>
              <w:left w:w="90" w:type="dxa"/>
              <w:bottom w:w="90" w:type="dxa"/>
              <w:right w:w="90" w:type="dxa"/>
            </w:tcMar>
          </w:tcPr>
          <w:p w14:paraId="65CC22FF" w14:textId="77777777" w:rsidR="00270054" w:rsidRPr="0066520B" w:rsidRDefault="00270054">
            <w:pPr>
              <w:rPr>
                <w:sz w:val="24"/>
                <w:szCs w:val="24"/>
              </w:rPr>
            </w:pPr>
          </w:p>
        </w:tc>
      </w:tr>
      <w:tr w:rsidR="00270054" w:rsidRPr="0066520B" w14:paraId="542A2F36" w14:textId="77777777">
        <w:trPr>
          <w:jc w:val="center"/>
        </w:trPr>
        <w:tc>
          <w:tcPr>
            <w:tcW w:w="2045" w:type="dxa"/>
            <w:shd w:val="clear" w:color="auto" w:fill="F2F7F5"/>
            <w:tcMar>
              <w:top w:w="90" w:type="dxa"/>
              <w:left w:w="90" w:type="dxa"/>
              <w:bottom w:w="90" w:type="dxa"/>
              <w:right w:w="90" w:type="dxa"/>
            </w:tcMar>
          </w:tcPr>
          <w:p w14:paraId="13D3C052" w14:textId="77777777" w:rsidR="00270054" w:rsidRPr="0066520B" w:rsidRDefault="00F21E91">
            <w:pPr>
              <w:rPr>
                <w:sz w:val="24"/>
                <w:szCs w:val="24"/>
              </w:rPr>
            </w:pPr>
            <w:r w:rsidRPr="0066520B">
              <w:rPr>
                <w:sz w:val="24"/>
                <w:szCs w:val="24"/>
              </w:rPr>
              <w:t>Staff / Organizational Leadership</w:t>
            </w:r>
          </w:p>
        </w:tc>
        <w:tc>
          <w:tcPr>
            <w:tcW w:w="2045" w:type="dxa"/>
            <w:shd w:val="clear" w:color="auto" w:fill="F2F7F5"/>
            <w:tcMar>
              <w:top w:w="90" w:type="dxa"/>
              <w:left w:w="90" w:type="dxa"/>
              <w:bottom w:w="90" w:type="dxa"/>
              <w:right w:w="90" w:type="dxa"/>
            </w:tcMar>
          </w:tcPr>
          <w:p w14:paraId="3D85BD44" w14:textId="77777777" w:rsidR="00270054" w:rsidRPr="0066520B" w:rsidRDefault="00F21E91">
            <w:pPr>
              <w:rPr>
                <w:sz w:val="24"/>
                <w:szCs w:val="24"/>
              </w:rPr>
            </w:pPr>
            <w:r w:rsidRPr="0066520B">
              <w:rPr>
                <w:sz w:val="24"/>
                <w:szCs w:val="24"/>
              </w:rPr>
              <w:t>15%</w:t>
            </w:r>
          </w:p>
        </w:tc>
        <w:tc>
          <w:tcPr>
            <w:tcW w:w="2045" w:type="dxa"/>
            <w:shd w:val="clear" w:color="auto" w:fill="F2F7F5"/>
            <w:tcMar>
              <w:top w:w="90" w:type="dxa"/>
              <w:left w:w="90" w:type="dxa"/>
              <w:bottom w:w="90" w:type="dxa"/>
              <w:right w:w="90" w:type="dxa"/>
            </w:tcMar>
          </w:tcPr>
          <w:p w14:paraId="4EBAAB60" w14:textId="77777777" w:rsidR="00270054" w:rsidRPr="0066520B" w:rsidRDefault="00270054">
            <w:pPr>
              <w:rPr>
                <w:sz w:val="24"/>
                <w:szCs w:val="24"/>
              </w:rPr>
            </w:pPr>
          </w:p>
        </w:tc>
        <w:tc>
          <w:tcPr>
            <w:tcW w:w="2045" w:type="dxa"/>
            <w:shd w:val="clear" w:color="auto" w:fill="F2F7F5"/>
            <w:tcMar>
              <w:top w:w="90" w:type="dxa"/>
              <w:left w:w="90" w:type="dxa"/>
              <w:bottom w:w="90" w:type="dxa"/>
              <w:right w:w="90" w:type="dxa"/>
            </w:tcMar>
          </w:tcPr>
          <w:p w14:paraId="6A4D5B43" w14:textId="77777777" w:rsidR="00270054" w:rsidRPr="0066520B" w:rsidRDefault="00270054">
            <w:pPr>
              <w:rPr>
                <w:sz w:val="24"/>
                <w:szCs w:val="24"/>
              </w:rPr>
            </w:pPr>
          </w:p>
        </w:tc>
        <w:tc>
          <w:tcPr>
            <w:tcW w:w="2045" w:type="dxa"/>
            <w:shd w:val="clear" w:color="auto" w:fill="F2F7F5"/>
            <w:tcMar>
              <w:top w:w="90" w:type="dxa"/>
              <w:left w:w="90" w:type="dxa"/>
              <w:bottom w:w="90" w:type="dxa"/>
              <w:right w:w="90" w:type="dxa"/>
            </w:tcMar>
          </w:tcPr>
          <w:p w14:paraId="34B30DEE" w14:textId="77777777" w:rsidR="00270054" w:rsidRPr="0066520B" w:rsidRDefault="00270054">
            <w:pPr>
              <w:rPr>
                <w:sz w:val="24"/>
                <w:szCs w:val="24"/>
              </w:rPr>
            </w:pPr>
          </w:p>
        </w:tc>
      </w:tr>
      <w:tr w:rsidR="00270054" w:rsidRPr="0066520B" w14:paraId="0AD1C802" w14:textId="77777777">
        <w:trPr>
          <w:jc w:val="center"/>
        </w:trPr>
        <w:tc>
          <w:tcPr>
            <w:tcW w:w="2045" w:type="dxa"/>
            <w:tcMar>
              <w:top w:w="90" w:type="dxa"/>
              <w:left w:w="90" w:type="dxa"/>
              <w:bottom w:w="90" w:type="dxa"/>
              <w:right w:w="90" w:type="dxa"/>
            </w:tcMar>
          </w:tcPr>
          <w:p w14:paraId="71621CF4" w14:textId="77777777" w:rsidR="00270054" w:rsidRPr="0066520B" w:rsidRDefault="00F21E91">
            <w:pPr>
              <w:rPr>
                <w:sz w:val="24"/>
                <w:szCs w:val="24"/>
              </w:rPr>
            </w:pPr>
            <w:r w:rsidRPr="0066520B">
              <w:rPr>
                <w:sz w:val="24"/>
                <w:szCs w:val="24"/>
              </w:rPr>
              <w:t>Board &amp; Governance Skills</w:t>
            </w:r>
          </w:p>
        </w:tc>
        <w:tc>
          <w:tcPr>
            <w:tcW w:w="2045" w:type="dxa"/>
            <w:tcMar>
              <w:top w:w="90" w:type="dxa"/>
              <w:left w:w="90" w:type="dxa"/>
              <w:bottom w:w="90" w:type="dxa"/>
              <w:right w:w="90" w:type="dxa"/>
            </w:tcMar>
          </w:tcPr>
          <w:p w14:paraId="5BFDC3E3" w14:textId="77777777" w:rsidR="00270054" w:rsidRPr="0066520B" w:rsidRDefault="00F21E91">
            <w:pPr>
              <w:rPr>
                <w:sz w:val="24"/>
                <w:szCs w:val="24"/>
              </w:rPr>
            </w:pPr>
            <w:r w:rsidRPr="0066520B">
              <w:rPr>
                <w:sz w:val="24"/>
                <w:szCs w:val="24"/>
              </w:rPr>
              <w:t>15%</w:t>
            </w:r>
          </w:p>
        </w:tc>
        <w:tc>
          <w:tcPr>
            <w:tcW w:w="2045" w:type="dxa"/>
            <w:tcMar>
              <w:top w:w="90" w:type="dxa"/>
              <w:left w:w="90" w:type="dxa"/>
              <w:bottom w:w="90" w:type="dxa"/>
              <w:right w:w="90" w:type="dxa"/>
            </w:tcMar>
          </w:tcPr>
          <w:p w14:paraId="3150B00F" w14:textId="77777777" w:rsidR="00270054" w:rsidRPr="0066520B" w:rsidRDefault="00270054">
            <w:pPr>
              <w:rPr>
                <w:sz w:val="24"/>
                <w:szCs w:val="24"/>
              </w:rPr>
            </w:pPr>
          </w:p>
        </w:tc>
        <w:tc>
          <w:tcPr>
            <w:tcW w:w="2045" w:type="dxa"/>
            <w:tcMar>
              <w:top w:w="90" w:type="dxa"/>
              <w:left w:w="90" w:type="dxa"/>
              <w:bottom w:w="90" w:type="dxa"/>
              <w:right w:w="90" w:type="dxa"/>
            </w:tcMar>
          </w:tcPr>
          <w:p w14:paraId="7F7F0C0F" w14:textId="77777777" w:rsidR="00270054" w:rsidRPr="0066520B" w:rsidRDefault="00270054">
            <w:pPr>
              <w:rPr>
                <w:sz w:val="24"/>
                <w:szCs w:val="24"/>
              </w:rPr>
            </w:pPr>
          </w:p>
        </w:tc>
        <w:tc>
          <w:tcPr>
            <w:tcW w:w="2045" w:type="dxa"/>
            <w:tcMar>
              <w:top w:w="90" w:type="dxa"/>
              <w:left w:w="90" w:type="dxa"/>
              <w:bottom w:w="90" w:type="dxa"/>
              <w:right w:w="90" w:type="dxa"/>
            </w:tcMar>
          </w:tcPr>
          <w:p w14:paraId="47FE88C5" w14:textId="77777777" w:rsidR="00270054" w:rsidRPr="0066520B" w:rsidRDefault="00270054">
            <w:pPr>
              <w:rPr>
                <w:sz w:val="24"/>
                <w:szCs w:val="24"/>
              </w:rPr>
            </w:pPr>
          </w:p>
        </w:tc>
      </w:tr>
      <w:tr w:rsidR="00270054" w:rsidRPr="0066520B" w14:paraId="7E0202C9" w14:textId="77777777">
        <w:trPr>
          <w:jc w:val="center"/>
        </w:trPr>
        <w:tc>
          <w:tcPr>
            <w:tcW w:w="2045" w:type="dxa"/>
            <w:shd w:val="clear" w:color="auto" w:fill="F2F7F5"/>
            <w:tcMar>
              <w:top w:w="90" w:type="dxa"/>
              <w:left w:w="90" w:type="dxa"/>
              <w:bottom w:w="90" w:type="dxa"/>
              <w:right w:w="90" w:type="dxa"/>
            </w:tcMar>
          </w:tcPr>
          <w:p w14:paraId="2CF2B16C" w14:textId="77777777" w:rsidR="00270054" w:rsidRPr="0066520B" w:rsidRDefault="00F21E91">
            <w:pPr>
              <w:rPr>
                <w:sz w:val="24"/>
                <w:szCs w:val="24"/>
              </w:rPr>
            </w:pPr>
            <w:r w:rsidRPr="0066520B">
              <w:rPr>
                <w:sz w:val="24"/>
                <w:szCs w:val="24"/>
              </w:rPr>
              <w:t>Strategic Vision</w:t>
            </w:r>
          </w:p>
        </w:tc>
        <w:tc>
          <w:tcPr>
            <w:tcW w:w="2045" w:type="dxa"/>
            <w:shd w:val="clear" w:color="auto" w:fill="F2F7F5"/>
            <w:tcMar>
              <w:top w:w="90" w:type="dxa"/>
              <w:left w:w="90" w:type="dxa"/>
              <w:bottom w:w="90" w:type="dxa"/>
              <w:right w:w="90" w:type="dxa"/>
            </w:tcMar>
          </w:tcPr>
          <w:p w14:paraId="758D34A7" w14:textId="77777777" w:rsidR="00270054" w:rsidRPr="0066520B" w:rsidRDefault="00F21E91">
            <w:pPr>
              <w:rPr>
                <w:sz w:val="24"/>
                <w:szCs w:val="24"/>
              </w:rPr>
            </w:pPr>
            <w:r w:rsidRPr="0066520B">
              <w:rPr>
                <w:sz w:val="24"/>
                <w:szCs w:val="24"/>
              </w:rPr>
              <w:t>10%</w:t>
            </w:r>
          </w:p>
        </w:tc>
        <w:tc>
          <w:tcPr>
            <w:tcW w:w="2045" w:type="dxa"/>
            <w:shd w:val="clear" w:color="auto" w:fill="F2F7F5"/>
            <w:tcMar>
              <w:top w:w="90" w:type="dxa"/>
              <w:left w:w="90" w:type="dxa"/>
              <w:bottom w:w="90" w:type="dxa"/>
              <w:right w:w="90" w:type="dxa"/>
            </w:tcMar>
          </w:tcPr>
          <w:p w14:paraId="4529E241" w14:textId="77777777" w:rsidR="00270054" w:rsidRPr="0066520B" w:rsidRDefault="00270054">
            <w:pPr>
              <w:rPr>
                <w:sz w:val="24"/>
                <w:szCs w:val="24"/>
              </w:rPr>
            </w:pPr>
          </w:p>
        </w:tc>
        <w:tc>
          <w:tcPr>
            <w:tcW w:w="2045" w:type="dxa"/>
            <w:shd w:val="clear" w:color="auto" w:fill="F2F7F5"/>
            <w:tcMar>
              <w:top w:w="90" w:type="dxa"/>
              <w:left w:w="90" w:type="dxa"/>
              <w:bottom w:w="90" w:type="dxa"/>
              <w:right w:w="90" w:type="dxa"/>
            </w:tcMar>
          </w:tcPr>
          <w:p w14:paraId="72D9AD8E" w14:textId="77777777" w:rsidR="00270054" w:rsidRPr="0066520B" w:rsidRDefault="00270054">
            <w:pPr>
              <w:rPr>
                <w:sz w:val="24"/>
                <w:szCs w:val="24"/>
              </w:rPr>
            </w:pPr>
          </w:p>
        </w:tc>
        <w:tc>
          <w:tcPr>
            <w:tcW w:w="2045" w:type="dxa"/>
            <w:shd w:val="clear" w:color="auto" w:fill="F2F7F5"/>
            <w:tcMar>
              <w:top w:w="90" w:type="dxa"/>
              <w:left w:w="90" w:type="dxa"/>
              <w:bottom w:w="90" w:type="dxa"/>
              <w:right w:w="90" w:type="dxa"/>
            </w:tcMar>
          </w:tcPr>
          <w:p w14:paraId="23E4078A" w14:textId="77777777" w:rsidR="00270054" w:rsidRPr="0066520B" w:rsidRDefault="00270054">
            <w:pPr>
              <w:rPr>
                <w:sz w:val="24"/>
                <w:szCs w:val="24"/>
              </w:rPr>
            </w:pPr>
          </w:p>
        </w:tc>
      </w:tr>
      <w:tr w:rsidR="00270054" w:rsidRPr="0066520B" w14:paraId="24909FCF" w14:textId="77777777">
        <w:trPr>
          <w:jc w:val="center"/>
        </w:trPr>
        <w:tc>
          <w:tcPr>
            <w:tcW w:w="2045" w:type="dxa"/>
            <w:tcMar>
              <w:top w:w="90" w:type="dxa"/>
              <w:left w:w="90" w:type="dxa"/>
              <w:bottom w:w="90" w:type="dxa"/>
              <w:right w:w="90" w:type="dxa"/>
            </w:tcMar>
          </w:tcPr>
          <w:p w14:paraId="2E31C811" w14:textId="77777777" w:rsidR="00270054" w:rsidRPr="0066520B" w:rsidRDefault="00F21E91">
            <w:pPr>
              <w:rPr>
                <w:sz w:val="24"/>
                <w:szCs w:val="24"/>
              </w:rPr>
            </w:pPr>
            <w:r w:rsidRPr="0066520B">
              <w:rPr>
                <w:sz w:val="24"/>
                <w:szCs w:val="24"/>
              </w:rPr>
              <w:t>Communication / Community Relations</w:t>
            </w:r>
          </w:p>
        </w:tc>
        <w:tc>
          <w:tcPr>
            <w:tcW w:w="2045" w:type="dxa"/>
            <w:tcMar>
              <w:top w:w="90" w:type="dxa"/>
              <w:left w:w="90" w:type="dxa"/>
              <w:bottom w:w="90" w:type="dxa"/>
              <w:right w:w="90" w:type="dxa"/>
            </w:tcMar>
          </w:tcPr>
          <w:p w14:paraId="46D4EF25" w14:textId="77777777" w:rsidR="00270054" w:rsidRPr="0066520B" w:rsidRDefault="00F21E91">
            <w:pPr>
              <w:rPr>
                <w:sz w:val="24"/>
                <w:szCs w:val="24"/>
              </w:rPr>
            </w:pPr>
            <w:r w:rsidRPr="0066520B">
              <w:rPr>
                <w:sz w:val="24"/>
                <w:szCs w:val="24"/>
              </w:rPr>
              <w:t>10%</w:t>
            </w:r>
          </w:p>
        </w:tc>
        <w:tc>
          <w:tcPr>
            <w:tcW w:w="2045" w:type="dxa"/>
            <w:tcMar>
              <w:top w:w="90" w:type="dxa"/>
              <w:left w:w="90" w:type="dxa"/>
              <w:bottom w:w="90" w:type="dxa"/>
              <w:right w:w="90" w:type="dxa"/>
            </w:tcMar>
          </w:tcPr>
          <w:p w14:paraId="71E73668" w14:textId="77777777" w:rsidR="00270054" w:rsidRPr="0066520B" w:rsidRDefault="00270054">
            <w:pPr>
              <w:rPr>
                <w:sz w:val="24"/>
                <w:szCs w:val="24"/>
              </w:rPr>
            </w:pPr>
          </w:p>
        </w:tc>
        <w:tc>
          <w:tcPr>
            <w:tcW w:w="2045" w:type="dxa"/>
            <w:tcMar>
              <w:top w:w="90" w:type="dxa"/>
              <w:left w:w="90" w:type="dxa"/>
              <w:bottom w:w="90" w:type="dxa"/>
              <w:right w:w="90" w:type="dxa"/>
            </w:tcMar>
          </w:tcPr>
          <w:p w14:paraId="4E1F1710" w14:textId="77777777" w:rsidR="00270054" w:rsidRPr="0066520B" w:rsidRDefault="00270054">
            <w:pPr>
              <w:rPr>
                <w:sz w:val="24"/>
                <w:szCs w:val="24"/>
              </w:rPr>
            </w:pPr>
          </w:p>
        </w:tc>
        <w:tc>
          <w:tcPr>
            <w:tcW w:w="2045" w:type="dxa"/>
            <w:tcMar>
              <w:top w:w="90" w:type="dxa"/>
              <w:left w:w="90" w:type="dxa"/>
              <w:bottom w:w="90" w:type="dxa"/>
              <w:right w:w="90" w:type="dxa"/>
            </w:tcMar>
          </w:tcPr>
          <w:p w14:paraId="19C48E37" w14:textId="77777777" w:rsidR="00270054" w:rsidRPr="0066520B" w:rsidRDefault="00270054">
            <w:pPr>
              <w:rPr>
                <w:sz w:val="24"/>
                <w:szCs w:val="24"/>
              </w:rPr>
            </w:pPr>
          </w:p>
        </w:tc>
      </w:tr>
      <w:tr w:rsidR="00270054" w:rsidRPr="0066520B" w14:paraId="092044E0" w14:textId="77777777">
        <w:trPr>
          <w:jc w:val="center"/>
        </w:trPr>
        <w:tc>
          <w:tcPr>
            <w:tcW w:w="2045" w:type="dxa"/>
            <w:shd w:val="clear" w:color="auto" w:fill="F2F7F5"/>
            <w:tcMar>
              <w:top w:w="90" w:type="dxa"/>
              <w:left w:w="90" w:type="dxa"/>
              <w:bottom w:w="90" w:type="dxa"/>
              <w:right w:w="90" w:type="dxa"/>
            </w:tcMar>
          </w:tcPr>
          <w:p w14:paraId="5B4F9B25" w14:textId="77777777" w:rsidR="00270054" w:rsidRPr="0066520B" w:rsidRDefault="00F21E91">
            <w:pPr>
              <w:rPr>
                <w:sz w:val="24"/>
                <w:szCs w:val="24"/>
              </w:rPr>
            </w:pPr>
            <w:r w:rsidRPr="0066520B">
              <w:rPr>
                <w:sz w:val="24"/>
                <w:szCs w:val="24"/>
              </w:rPr>
              <w:t>TOTAL</w:t>
            </w:r>
          </w:p>
        </w:tc>
        <w:tc>
          <w:tcPr>
            <w:tcW w:w="2045" w:type="dxa"/>
            <w:shd w:val="clear" w:color="auto" w:fill="F2F7F5"/>
            <w:tcMar>
              <w:top w:w="90" w:type="dxa"/>
              <w:left w:w="90" w:type="dxa"/>
              <w:bottom w:w="90" w:type="dxa"/>
              <w:right w:w="90" w:type="dxa"/>
            </w:tcMar>
          </w:tcPr>
          <w:p w14:paraId="17FFB735" w14:textId="77777777" w:rsidR="00270054" w:rsidRPr="0066520B" w:rsidRDefault="00F21E91">
            <w:pPr>
              <w:rPr>
                <w:sz w:val="24"/>
                <w:szCs w:val="24"/>
              </w:rPr>
            </w:pPr>
            <w:r w:rsidRPr="0066520B">
              <w:rPr>
                <w:sz w:val="24"/>
                <w:szCs w:val="24"/>
              </w:rPr>
              <w:t>100%</w:t>
            </w:r>
          </w:p>
        </w:tc>
        <w:tc>
          <w:tcPr>
            <w:tcW w:w="2045" w:type="dxa"/>
            <w:shd w:val="clear" w:color="auto" w:fill="F2F7F5"/>
            <w:tcMar>
              <w:top w:w="90" w:type="dxa"/>
              <w:left w:w="90" w:type="dxa"/>
              <w:bottom w:w="90" w:type="dxa"/>
              <w:right w:w="90" w:type="dxa"/>
            </w:tcMar>
          </w:tcPr>
          <w:p w14:paraId="48241AC9" w14:textId="77777777" w:rsidR="00270054" w:rsidRPr="0066520B" w:rsidRDefault="00270054">
            <w:pPr>
              <w:rPr>
                <w:sz w:val="24"/>
                <w:szCs w:val="24"/>
              </w:rPr>
            </w:pPr>
          </w:p>
        </w:tc>
        <w:tc>
          <w:tcPr>
            <w:tcW w:w="2045" w:type="dxa"/>
            <w:shd w:val="clear" w:color="auto" w:fill="F2F7F5"/>
            <w:tcMar>
              <w:top w:w="90" w:type="dxa"/>
              <w:left w:w="90" w:type="dxa"/>
              <w:bottom w:w="90" w:type="dxa"/>
              <w:right w:w="90" w:type="dxa"/>
            </w:tcMar>
          </w:tcPr>
          <w:p w14:paraId="2C246324" w14:textId="77777777" w:rsidR="00270054" w:rsidRPr="0066520B" w:rsidRDefault="00270054">
            <w:pPr>
              <w:rPr>
                <w:sz w:val="24"/>
                <w:szCs w:val="24"/>
              </w:rPr>
            </w:pPr>
          </w:p>
        </w:tc>
        <w:tc>
          <w:tcPr>
            <w:tcW w:w="2045" w:type="dxa"/>
            <w:shd w:val="clear" w:color="auto" w:fill="F2F7F5"/>
            <w:tcMar>
              <w:top w:w="90" w:type="dxa"/>
              <w:left w:w="90" w:type="dxa"/>
              <w:bottom w:w="90" w:type="dxa"/>
              <w:right w:w="90" w:type="dxa"/>
            </w:tcMar>
          </w:tcPr>
          <w:p w14:paraId="0AFC38EB" w14:textId="77777777" w:rsidR="00270054" w:rsidRPr="0066520B" w:rsidRDefault="00270054">
            <w:pPr>
              <w:rPr>
                <w:sz w:val="24"/>
                <w:szCs w:val="24"/>
              </w:rPr>
            </w:pPr>
          </w:p>
        </w:tc>
      </w:tr>
    </w:tbl>
    <w:p w14:paraId="35FEED03" w14:textId="77777777" w:rsidR="00270054" w:rsidRPr="0066520B" w:rsidRDefault="00F21E91">
      <w:pPr>
        <w:pStyle w:val="Heading2"/>
        <w:rPr>
          <w:sz w:val="24"/>
          <w:szCs w:val="24"/>
        </w:rPr>
      </w:pPr>
      <w:r w:rsidRPr="0066520B">
        <w:rPr>
          <w:sz w:val="24"/>
          <w:szCs w:val="24"/>
        </w:rPr>
        <w:t>Rating Scale</w:t>
      </w:r>
    </w:p>
    <w:tbl>
      <w:tblPr>
        <w:tblStyle w:val="TableGrid"/>
        <w:tblW w:w="0" w:type="auto"/>
        <w:jc w:val="center"/>
        <w:tblLook w:val="04A0" w:firstRow="1" w:lastRow="0" w:firstColumn="1" w:lastColumn="0" w:noHBand="0" w:noVBand="1"/>
      </w:tblPr>
      <w:tblGrid>
        <w:gridCol w:w="2043"/>
        <w:gridCol w:w="2043"/>
        <w:gridCol w:w="2043"/>
        <w:gridCol w:w="2042"/>
        <w:gridCol w:w="2043"/>
      </w:tblGrid>
      <w:tr w:rsidR="00270054" w:rsidRPr="0066520B" w14:paraId="265DDD22" w14:textId="77777777">
        <w:trPr>
          <w:jc w:val="center"/>
        </w:trPr>
        <w:tc>
          <w:tcPr>
            <w:tcW w:w="2045" w:type="dxa"/>
            <w:shd w:val="clear" w:color="auto" w:fill="163D38"/>
            <w:tcMar>
              <w:top w:w="90" w:type="dxa"/>
              <w:left w:w="90" w:type="dxa"/>
              <w:bottom w:w="90" w:type="dxa"/>
              <w:right w:w="90" w:type="dxa"/>
            </w:tcMar>
            <w:vAlign w:val="center"/>
          </w:tcPr>
          <w:p w14:paraId="0FD7694E" w14:textId="77777777" w:rsidR="00270054" w:rsidRPr="0066520B" w:rsidRDefault="00F21E91">
            <w:pPr>
              <w:rPr>
                <w:sz w:val="24"/>
                <w:szCs w:val="24"/>
              </w:rPr>
            </w:pPr>
            <w:r w:rsidRPr="0066520B">
              <w:rPr>
                <w:b/>
                <w:color w:val="FFFFFF"/>
                <w:sz w:val="24"/>
                <w:szCs w:val="24"/>
              </w:rPr>
              <w:t>1</w:t>
            </w:r>
          </w:p>
        </w:tc>
        <w:tc>
          <w:tcPr>
            <w:tcW w:w="2045" w:type="dxa"/>
            <w:shd w:val="clear" w:color="auto" w:fill="163D38"/>
            <w:tcMar>
              <w:top w:w="90" w:type="dxa"/>
              <w:left w:w="90" w:type="dxa"/>
              <w:bottom w:w="90" w:type="dxa"/>
              <w:right w:w="90" w:type="dxa"/>
            </w:tcMar>
            <w:vAlign w:val="center"/>
          </w:tcPr>
          <w:p w14:paraId="55EF8750" w14:textId="77777777" w:rsidR="00270054" w:rsidRPr="0066520B" w:rsidRDefault="00F21E91">
            <w:pPr>
              <w:rPr>
                <w:sz w:val="24"/>
                <w:szCs w:val="24"/>
              </w:rPr>
            </w:pPr>
            <w:r w:rsidRPr="0066520B">
              <w:rPr>
                <w:b/>
                <w:color w:val="FFFFFF"/>
                <w:sz w:val="24"/>
                <w:szCs w:val="24"/>
              </w:rPr>
              <w:t>2</w:t>
            </w:r>
          </w:p>
        </w:tc>
        <w:tc>
          <w:tcPr>
            <w:tcW w:w="2045" w:type="dxa"/>
            <w:shd w:val="clear" w:color="auto" w:fill="163D38"/>
            <w:tcMar>
              <w:top w:w="90" w:type="dxa"/>
              <w:left w:w="90" w:type="dxa"/>
              <w:bottom w:w="90" w:type="dxa"/>
              <w:right w:w="90" w:type="dxa"/>
            </w:tcMar>
            <w:vAlign w:val="center"/>
          </w:tcPr>
          <w:p w14:paraId="6126E7D2" w14:textId="77777777" w:rsidR="00270054" w:rsidRPr="0066520B" w:rsidRDefault="00F21E91">
            <w:pPr>
              <w:rPr>
                <w:sz w:val="24"/>
                <w:szCs w:val="24"/>
              </w:rPr>
            </w:pPr>
            <w:r w:rsidRPr="0066520B">
              <w:rPr>
                <w:b/>
                <w:color w:val="FFFFFF"/>
                <w:sz w:val="24"/>
                <w:szCs w:val="24"/>
              </w:rPr>
              <w:t>3</w:t>
            </w:r>
          </w:p>
        </w:tc>
        <w:tc>
          <w:tcPr>
            <w:tcW w:w="2045" w:type="dxa"/>
            <w:shd w:val="clear" w:color="auto" w:fill="163D38"/>
            <w:tcMar>
              <w:top w:w="90" w:type="dxa"/>
              <w:left w:w="90" w:type="dxa"/>
              <w:bottom w:w="90" w:type="dxa"/>
              <w:right w:w="90" w:type="dxa"/>
            </w:tcMar>
            <w:vAlign w:val="center"/>
          </w:tcPr>
          <w:p w14:paraId="2C984260" w14:textId="77777777" w:rsidR="00270054" w:rsidRPr="0066520B" w:rsidRDefault="00F21E91">
            <w:pPr>
              <w:rPr>
                <w:sz w:val="24"/>
                <w:szCs w:val="24"/>
              </w:rPr>
            </w:pPr>
            <w:r w:rsidRPr="0066520B">
              <w:rPr>
                <w:b/>
                <w:color w:val="FFFFFF"/>
                <w:sz w:val="24"/>
                <w:szCs w:val="24"/>
              </w:rPr>
              <w:t>4</w:t>
            </w:r>
          </w:p>
        </w:tc>
        <w:tc>
          <w:tcPr>
            <w:tcW w:w="2045" w:type="dxa"/>
            <w:shd w:val="clear" w:color="auto" w:fill="163D38"/>
            <w:tcMar>
              <w:top w:w="90" w:type="dxa"/>
              <w:left w:w="90" w:type="dxa"/>
              <w:bottom w:w="90" w:type="dxa"/>
              <w:right w:w="90" w:type="dxa"/>
            </w:tcMar>
            <w:vAlign w:val="center"/>
          </w:tcPr>
          <w:p w14:paraId="6837239B" w14:textId="77777777" w:rsidR="00270054" w:rsidRPr="0066520B" w:rsidRDefault="00F21E91">
            <w:pPr>
              <w:rPr>
                <w:sz w:val="24"/>
                <w:szCs w:val="24"/>
              </w:rPr>
            </w:pPr>
            <w:r w:rsidRPr="0066520B">
              <w:rPr>
                <w:b/>
                <w:color w:val="FFFFFF"/>
                <w:sz w:val="24"/>
                <w:szCs w:val="24"/>
              </w:rPr>
              <w:t>5</w:t>
            </w:r>
          </w:p>
        </w:tc>
      </w:tr>
      <w:tr w:rsidR="00270054" w:rsidRPr="0066520B" w14:paraId="5989344D" w14:textId="77777777">
        <w:trPr>
          <w:jc w:val="center"/>
        </w:trPr>
        <w:tc>
          <w:tcPr>
            <w:tcW w:w="2045" w:type="dxa"/>
            <w:tcMar>
              <w:top w:w="90" w:type="dxa"/>
              <w:left w:w="90" w:type="dxa"/>
              <w:bottom w:w="90" w:type="dxa"/>
              <w:right w:w="90" w:type="dxa"/>
            </w:tcMar>
          </w:tcPr>
          <w:p w14:paraId="79F9236F" w14:textId="77777777" w:rsidR="00270054" w:rsidRPr="0066520B" w:rsidRDefault="00F21E91">
            <w:pPr>
              <w:rPr>
                <w:sz w:val="24"/>
                <w:szCs w:val="24"/>
              </w:rPr>
            </w:pPr>
            <w:r w:rsidRPr="0066520B">
              <w:rPr>
                <w:sz w:val="24"/>
                <w:szCs w:val="24"/>
              </w:rPr>
              <w:t>Insufficient evidence</w:t>
            </w:r>
          </w:p>
        </w:tc>
        <w:tc>
          <w:tcPr>
            <w:tcW w:w="2045" w:type="dxa"/>
            <w:tcMar>
              <w:top w:w="90" w:type="dxa"/>
              <w:left w:w="90" w:type="dxa"/>
              <w:bottom w:w="90" w:type="dxa"/>
              <w:right w:w="90" w:type="dxa"/>
            </w:tcMar>
          </w:tcPr>
          <w:p w14:paraId="65D16178" w14:textId="77777777" w:rsidR="00270054" w:rsidRPr="0066520B" w:rsidRDefault="00F21E91">
            <w:pPr>
              <w:rPr>
                <w:sz w:val="24"/>
                <w:szCs w:val="24"/>
              </w:rPr>
            </w:pPr>
            <w:r w:rsidRPr="0066520B">
              <w:rPr>
                <w:sz w:val="24"/>
                <w:szCs w:val="24"/>
              </w:rPr>
              <w:t>Below expectations</w:t>
            </w:r>
          </w:p>
        </w:tc>
        <w:tc>
          <w:tcPr>
            <w:tcW w:w="2045" w:type="dxa"/>
            <w:tcMar>
              <w:top w:w="90" w:type="dxa"/>
              <w:left w:w="90" w:type="dxa"/>
              <w:bottom w:w="90" w:type="dxa"/>
              <w:right w:w="90" w:type="dxa"/>
            </w:tcMar>
          </w:tcPr>
          <w:p w14:paraId="2C951415" w14:textId="77777777" w:rsidR="00270054" w:rsidRPr="0066520B" w:rsidRDefault="00F21E91">
            <w:pPr>
              <w:rPr>
                <w:sz w:val="24"/>
                <w:szCs w:val="24"/>
              </w:rPr>
            </w:pPr>
            <w:r w:rsidRPr="0066520B">
              <w:rPr>
                <w:sz w:val="24"/>
                <w:szCs w:val="24"/>
              </w:rPr>
              <w:t>Meets expectations</w:t>
            </w:r>
          </w:p>
        </w:tc>
        <w:tc>
          <w:tcPr>
            <w:tcW w:w="2045" w:type="dxa"/>
            <w:tcMar>
              <w:top w:w="90" w:type="dxa"/>
              <w:left w:w="90" w:type="dxa"/>
              <w:bottom w:w="90" w:type="dxa"/>
              <w:right w:w="90" w:type="dxa"/>
            </w:tcMar>
          </w:tcPr>
          <w:p w14:paraId="6E303B26" w14:textId="77777777" w:rsidR="00270054" w:rsidRPr="0066520B" w:rsidRDefault="00F21E91">
            <w:pPr>
              <w:rPr>
                <w:sz w:val="24"/>
                <w:szCs w:val="24"/>
              </w:rPr>
            </w:pPr>
            <w:r w:rsidRPr="0066520B">
              <w:rPr>
                <w:sz w:val="24"/>
                <w:szCs w:val="24"/>
              </w:rPr>
              <w:t>Strong evidence</w:t>
            </w:r>
          </w:p>
        </w:tc>
        <w:tc>
          <w:tcPr>
            <w:tcW w:w="2045" w:type="dxa"/>
            <w:tcMar>
              <w:top w:w="90" w:type="dxa"/>
              <w:left w:w="90" w:type="dxa"/>
              <w:bottom w:w="90" w:type="dxa"/>
              <w:right w:w="90" w:type="dxa"/>
            </w:tcMar>
          </w:tcPr>
          <w:p w14:paraId="4B5A129F" w14:textId="77777777" w:rsidR="00270054" w:rsidRPr="0066520B" w:rsidRDefault="00F21E91">
            <w:pPr>
              <w:rPr>
                <w:sz w:val="24"/>
                <w:szCs w:val="24"/>
              </w:rPr>
            </w:pPr>
            <w:r w:rsidRPr="0066520B">
              <w:rPr>
                <w:sz w:val="24"/>
                <w:szCs w:val="24"/>
              </w:rPr>
              <w:t>Exceptional evidence</w:t>
            </w:r>
          </w:p>
        </w:tc>
      </w:tr>
    </w:tbl>
    <w:p w14:paraId="7FA8664E" w14:textId="77777777" w:rsidR="00270054" w:rsidRDefault="00F21E91">
      <w:r>
        <w:br w:type="page"/>
      </w:r>
    </w:p>
    <w:p w14:paraId="7A69B398" w14:textId="77777777" w:rsidR="00270054" w:rsidRPr="0066520B" w:rsidRDefault="00F21E91">
      <w:pPr>
        <w:pStyle w:val="Heading1"/>
        <w:rPr>
          <w:sz w:val="48"/>
          <w:szCs w:val="48"/>
        </w:rPr>
      </w:pPr>
      <w:r w:rsidRPr="0066520B">
        <w:rPr>
          <w:sz w:val="48"/>
          <w:szCs w:val="48"/>
        </w:rPr>
        <w:lastRenderedPageBreak/>
        <w:t>Tool 7 — Bias &amp; Interview Trap Check</w:t>
      </w:r>
    </w:p>
    <w:p w14:paraId="441BD8C3" w14:textId="77777777" w:rsidR="00270054" w:rsidRPr="0066520B" w:rsidRDefault="00F21E91">
      <w:pPr>
        <w:spacing w:after="120"/>
        <w:rPr>
          <w:sz w:val="24"/>
          <w:szCs w:val="24"/>
        </w:rPr>
      </w:pPr>
      <w:r w:rsidRPr="0066520B">
        <w:rPr>
          <w:sz w:val="24"/>
          <w:szCs w:val="24"/>
        </w:rPr>
        <w:t>Before final deliberation, each commissioner should review these prompts.</w:t>
      </w:r>
    </w:p>
    <w:tbl>
      <w:tblPr>
        <w:tblStyle w:val="TableGrid"/>
        <w:tblW w:w="0" w:type="auto"/>
        <w:jc w:val="center"/>
        <w:tblLook w:val="04A0" w:firstRow="1" w:lastRow="0" w:firstColumn="1" w:lastColumn="0" w:noHBand="0" w:noVBand="1"/>
      </w:tblPr>
      <w:tblGrid>
        <w:gridCol w:w="5107"/>
        <w:gridCol w:w="5107"/>
      </w:tblGrid>
      <w:tr w:rsidR="00270054" w:rsidRPr="0066520B" w14:paraId="4C6A4995" w14:textId="77777777">
        <w:trPr>
          <w:jc w:val="center"/>
        </w:trPr>
        <w:tc>
          <w:tcPr>
            <w:tcW w:w="5112" w:type="dxa"/>
            <w:shd w:val="clear" w:color="auto" w:fill="163D38"/>
            <w:tcMar>
              <w:top w:w="90" w:type="dxa"/>
              <w:left w:w="90" w:type="dxa"/>
              <w:bottom w:w="90" w:type="dxa"/>
              <w:right w:w="90" w:type="dxa"/>
            </w:tcMar>
            <w:vAlign w:val="center"/>
          </w:tcPr>
          <w:p w14:paraId="7B578522" w14:textId="77777777" w:rsidR="00270054" w:rsidRPr="0066520B" w:rsidRDefault="00F21E91">
            <w:pPr>
              <w:rPr>
                <w:sz w:val="24"/>
                <w:szCs w:val="24"/>
              </w:rPr>
            </w:pPr>
            <w:r w:rsidRPr="0066520B">
              <w:rPr>
                <w:b/>
                <w:color w:val="FFFFFF"/>
                <w:sz w:val="24"/>
                <w:szCs w:val="24"/>
              </w:rPr>
              <w:t>Potential Bias</w:t>
            </w:r>
          </w:p>
        </w:tc>
        <w:tc>
          <w:tcPr>
            <w:tcW w:w="5112" w:type="dxa"/>
            <w:shd w:val="clear" w:color="auto" w:fill="163D38"/>
            <w:tcMar>
              <w:top w:w="90" w:type="dxa"/>
              <w:left w:w="90" w:type="dxa"/>
              <w:bottom w:w="90" w:type="dxa"/>
              <w:right w:w="90" w:type="dxa"/>
            </w:tcMar>
            <w:vAlign w:val="center"/>
          </w:tcPr>
          <w:p w14:paraId="679B5073" w14:textId="77777777" w:rsidR="00270054" w:rsidRPr="0066520B" w:rsidRDefault="00F21E91">
            <w:pPr>
              <w:rPr>
                <w:sz w:val="24"/>
                <w:szCs w:val="24"/>
              </w:rPr>
            </w:pPr>
            <w:r w:rsidRPr="0066520B">
              <w:rPr>
                <w:b/>
                <w:color w:val="FFFFFF"/>
                <w:sz w:val="24"/>
                <w:szCs w:val="24"/>
              </w:rPr>
              <w:t>Self-Check Question</w:t>
            </w:r>
          </w:p>
        </w:tc>
      </w:tr>
      <w:tr w:rsidR="00270054" w:rsidRPr="0066520B" w14:paraId="59F3C903" w14:textId="77777777">
        <w:trPr>
          <w:jc w:val="center"/>
        </w:trPr>
        <w:tc>
          <w:tcPr>
            <w:tcW w:w="5112" w:type="dxa"/>
            <w:tcMar>
              <w:top w:w="90" w:type="dxa"/>
              <w:left w:w="90" w:type="dxa"/>
              <w:bottom w:w="90" w:type="dxa"/>
              <w:right w:w="90" w:type="dxa"/>
            </w:tcMar>
          </w:tcPr>
          <w:p w14:paraId="2495B1FF" w14:textId="77777777" w:rsidR="00270054" w:rsidRPr="0066520B" w:rsidRDefault="00F21E91">
            <w:pPr>
              <w:rPr>
                <w:sz w:val="24"/>
                <w:szCs w:val="24"/>
              </w:rPr>
            </w:pPr>
            <w:r w:rsidRPr="0066520B">
              <w:rPr>
                <w:sz w:val="24"/>
                <w:szCs w:val="24"/>
              </w:rPr>
              <w:t>Affinity bias</w:t>
            </w:r>
          </w:p>
        </w:tc>
        <w:tc>
          <w:tcPr>
            <w:tcW w:w="5112" w:type="dxa"/>
            <w:tcMar>
              <w:top w:w="90" w:type="dxa"/>
              <w:left w:w="90" w:type="dxa"/>
              <w:bottom w:w="90" w:type="dxa"/>
              <w:right w:w="90" w:type="dxa"/>
            </w:tcMar>
          </w:tcPr>
          <w:p w14:paraId="1DDA4773" w14:textId="77777777" w:rsidR="00270054" w:rsidRPr="0066520B" w:rsidRDefault="00F21E91">
            <w:pPr>
              <w:rPr>
                <w:sz w:val="24"/>
                <w:szCs w:val="24"/>
              </w:rPr>
            </w:pPr>
            <w:r w:rsidRPr="0066520B">
              <w:rPr>
                <w:sz w:val="24"/>
                <w:szCs w:val="24"/>
              </w:rPr>
              <w:t xml:space="preserve">Am I favoring this person because they feel familiar or </w:t>
            </w:r>
            <w:proofErr w:type="gramStart"/>
            <w:r w:rsidRPr="0066520B">
              <w:rPr>
                <w:sz w:val="24"/>
                <w:szCs w:val="24"/>
              </w:rPr>
              <w:t>similar to</w:t>
            </w:r>
            <w:proofErr w:type="gramEnd"/>
            <w:r w:rsidRPr="0066520B">
              <w:rPr>
                <w:sz w:val="24"/>
                <w:szCs w:val="24"/>
              </w:rPr>
              <w:t xml:space="preserve"> me?</w:t>
            </w:r>
          </w:p>
        </w:tc>
      </w:tr>
      <w:tr w:rsidR="00270054" w:rsidRPr="0066520B" w14:paraId="1ABF5EF8" w14:textId="77777777">
        <w:trPr>
          <w:jc w:val="center"/>
        </w:trPr>
        <w:tc>
          <w:tcPr>
            <w:tcW w:w="5112" w:type="dxa"/>
            <w:shd w:val="clear" w:color="auto" w:fill="F2F7F5"/>
            <w:tcMar>
              <w:top w:w="90" w:type="dxa"/>
              <w:left w:w="90" w:type="dxa"/>
              <w:bottom w:w="90" w:type="dxa"/>
              <w:right w:w="90" w:type="dxa"/>
            </w:tcMar>
          </w:tcPr>
          <w:p w14:paraId="787367CE" w14:textId="77777777" w:rsidR="00270054" w:rsidRPr="0066520B" w:rsidRDefault="00F21E91">
            <w:pPr>
              <w:rPr>
                <w:sz w:val="24"/>
                <w:szCs w:val="24"/>
              </w:rPr>
            </w:pPr>
            <w:r w:rsidRPr="0066520B">
              <w:rPr>
                <w:sz w:val="24"/>
                <w:szCs w:val="24"/>
              </w:rPr>
              <w:t>Confirmation bias</w:t>
            </w:r>
          </w:p>
        </w:tc>
        <w:tc>
          <w:tcPr>
            <w:tcW w:w="5112" w:type="dxa"/>
            <w:shd w:val="clear" w:color="auto" w:fill="F2F7F5"/>
            <w:tcMar>
              <w:top w:w="90" w:type="dxa"/>
              <w:left w:w="90" w:type="dxa"/>
              <w:bottom w:w="90" w:type="dxa"/>
              <w:right w:w="90" w:type="dxa"/>
            </w:tcMar>
          </w:tcPr>
          <w:p w14:paraId="7E62435E" w14:textId="77777777" w:rsidR="00270054" w:rsidRPr="0066520B" w:rsidRDefault="00F21E91">
            <w:pPr>
              <w:rPr>
                <w:sz w:val="24"/>
                <w:szCs w:val="24"/>
              </w:rPr>
            </w:pPr>
            <w:r w:rsidRPr="0066520B">
              <w:rPr>
                <w:sz w:val="24"/>
                <w:szCs w:val="24"/>
              </w:rPr>
              <w:t>Did I seek evidence that supported my first impression and overlook contrary evidence?</w:t>
            </w:r>
          </w:p>
        </w:tc>
      </w:tr>
      <w:tr w:rsidR="00270054" w:rsidRPr="0066520B" w14:paraId="3790F151" w14:textId="77777777">
        <w:trPr>
          <w:jc w:val="center"/>
        </w:trPr>
        <w:tc>
          <w:tcPr>
            <w:tcW w:w="5112" w:type="dxa"/>
            <w:tcMar>
              <w:top w:w="90" w:type="dxa"/>
              <w:left w:w="90" w:type="dxa"/>
              <w:bottom w:w="90" w:type="dxa"/>
              <w:right w:w="90" w:type="dxa"/>
            </w:tcMar>
          </w:tcPr>
          <w:p w14:paraId="3AAB0046" w14:textId="77777777" w:rsidR="00270054" w:rsidRPr="0066520B" w:rsidRDefault="00F21E91">
            <w:pPr>
              <w:rPr>
                <w:sz w:val="24"/>
                <w:szCs w:val="24"/>
              </w:rPr>
            </w:pPr>
            <w:r w:rsidRPr="0066520B">
              <w:rPr>
                <w:sz w:val="24"/>
                <w:szCs w:val="24"/>
              </w:rPr>
              <w:t>Halo effect</w:t>
            </w:r>
          </w:p>
        </w:tc>
        <w:tc>
          <w:tcPr>
            <w:tcW w:w="5112" w:type="dxa"/>
            <w:tcMar>
              <w:top w:w="90" w:type="dxa"/>
              <w:left w:w="90" w:type="dxa"/>
              <w:bottom w:w="90" w:type="dxa"/>
              <w:right w:w="90" w:type="dxa"/>
            </w:tcMar>
          </w:tcPr>
          <w:p w14:paraId="4D364F67" w14:textId="77777777" w:rsidR="00270054" w:rsidRPr="0066520B" w:rsidRDefault="00F21E91">
            <w:pPr>
              <w:rPr>
                <w:sz w:val="24"/>
                <w:szCs w:val="24"/>
              </w:rPr>
            </w:pPr>
            <w:r w:rsidRPr="0066520B">
              <w:rPr>
                <w:sz w:val="24"/>
                <w:szCs w:val="24"/>
              </w:rPr>
              <w:t xml:space="preserve">Am I allowing one impressive strength to </w:t>
            </w:r>
            <w:proofErr w:type="gramStart"/>
            <w:r w:rsidRPr="0066520B">
              <w:rPr>
                <w:sz w:val="24"/>
                <w:szCs w:val="24"/>
              </w:rPr>
              <w:t>overshadow</w:t>
            </w:r>
            <w:proofErr w:type="gramEnd"/>
            <w:r w:rsidRPr="0066520B">
              <w:rPr>
                <w:sz w:val="24"/>
                <w:szCs w:val="24"/>
              </w:rPr>
              <w:t xml:space="preserve"> weaknesses?</w:t>
            </w:r>
          </w:p>
        </w:tc>
      </w:tr>
      <w:tr w:rsidR="00270054" w:rsidRPr="0066520B" w14:paraId="51F5FB49" w14:textId="77777777">
        <w:trPr>
          <w:jc w:val="center"/>
        </w:trPr>
        <w:tc>
          <w:tcPr>
            <w:tcW w:w="5112" w:type="dxa"/>
            <w:shd w:val="clear" w:color="auto" w:fill="F2F7F5"/>
            <w:tcMar>
              <w:top w:w="90" w:type="dxa"/>
              <w:left w:w="90" w:type="dxa"/>
              <w:bottom w:w="90" w:type="dxa"/>
              <w:right w:w="90" w:type="dxa"/>
            </w:tcMar>
          </w:tcPr>
          <w:p w14:paraId="4E869488" w14:textId="77777777" w:rsidR="00270054" w:rsidRPr="0066520B" w:rsidRDefault="00F21E91">
            <w:pPr>
              <w:rPr>
                <w:sz w:val="24"/>
                <w:szCs w:val="24"/>
              </w:rPr>
            </w:pPr>
            <w:r w:rsidRPr="0066520B">
              <w:rPr>
                <w:sz w:val="24"/>
                <w:szCs w:val="24"/>
              </w:rPr>
              <w:t>Anchoring</w:t>
            </w:r>
          </w:p>
        </w:tc>
        <w:tc>
          <w:tcPr>
            <w:tcW w:w="5112" w:type="dxa"/>
            <w:shd w:val="clear" w:color="auto" w:fill="F2F7F5"/>
            <w:tcMar>
              <w:top w:w="90" w:type="dxa"/>
              <w:left w:w="90" w:type="dxa"/>
              <w:bottom w:w="90" w:type="dxa"/>
              <w:right w:w="90" w:type="dxa"/>
            </w:tcMar>
          </w:tcPr>
          <w:p w14:paraId="1BFCF2A9" w14:textId="77777777" w:rsidR="00270054" w:rsidRPr="0066520B" w:rsidRDefault="00F21E91">
            <w:pPr>
              <w:rPr>
                <w:sz w:val="24"/>
                <w:szCs w:val="24"/>
              </w:rPr>
            </w:pPr>
            <w:r w:rsidRPr="0066520B">
              <w:rPr>
                <w:sz w:val="24"/>
                <w:szCs w:val="24"/>
              </w:rPr>
              <w:t>Did the first candidate become my unconscious standard for everyone else?</w:t>
            </w:r>
          </w:p>
        </w:tc>
      </w:tr>
      <w:tr w:rsidR="00270054" w:rsidRPr="0066520B" w14:paraId="5A65B424" w14:textId="77777777">
        <w:trPr>
          <w:jc w:val="center"/>
        </w:trPr>
        <w:tc>
          <w:tcPr>
            <w:tcW w:w="5112" w:type="dxa"/>
            <w:tcMar>
              <w:top w:w="90" w:type="dxa"/>
              <w:left w:w="90" w:type="dxa"/>
              <w:bottom w:w="90" w:type="dxa"/>
              <w:right w:w="90" w:type="dxa"/>
            </w:tcMar>
          </w:tcPr>
          <w:p w14:paraId="64B5FAB5" w14:textId="77777777" w:rsidR="00270054" w:rsidRPr="0066520B" w:rsidRDefault="00F21E91">
            <w:pPr>
              <w:rPr>
                <w:sz w:val="24"/>
                <w:szCs w:val="24"/>
              </w:rPr>
            </w:pPr>
            <w:r w:rsidRPr="0066520B">
              <w:rPr>
                <w:sz w:val="24"/>
                <w:szCs w:val="24"/>
              </w:rPr>
              <w:t>Groupthink</w:t>
            </w:r>
          </w:p>
        </w:tc>
        <w:tc>
          <w:tcPr>
            <w:tcW w:w="5112" w:type="dxa"/>
            <w:tcMar>
              <w:top w:w="90" w:type="dxa"/>
              <w:left w:w="90" w:type="dxa"/>
              <w:bottom w:w="90" w:type="dxa"/>
              <w:right w:w="90" w:type="dxa"/>
            </w:tcMar>
          </w:tcPr>
          <w:p w14:paraId="345FCDC4" w14:textId="77777777" w:rsidR="00270054" w:rsidRPr="0066520B" w:rsidRDefault="00F21E91">
            <w:pPr>
              <w:rPr>
                <w:sz w:val="24"/>
                <w:szCs w:val="24"/>
              </w:rPr>
            </w:pPr>
            <w:r w:rsidRPr="0066520B">
              <w:rPr>
                <w:sz w:val="24"/>
                <w:szCs w:val="24"/>
              </w:rPr>
              <w:t>Did I change my rating because I heard others’ opinions?</w:t>
            </w:r>
          </w:p>
        </w:tc>
      </w:tr>
      <w:tr w:rsidR="00270054" w:rsidRPr="0066520B" w14:paraId="2CAC137E" w14:textId="77777777">
        <w:trPr>
          <w:jc w:val="center"/>
        </w:trPr>
        <w:tc>
          <w:tcPr>
            <w:tcW w:w="5112" w:type="dxa"/>
            <w:shd w:val="clear" w:color="auto" w:fill="F2F7F5"/>
            <w:tcMar>
              <w:top w:w="90" w:type="dxa"/>
              <w:left w:w="90" w:type="dxa"/>
              <w:bottom w:w="90" w:type="dxa"/>
              <w:right w:w="90" w:type="dxa"/>
            </w:tcMar>
          </w:tcPr>
          <w:p w14:paraId="0ABC9E0D" w14:textId="77777777" w:rsidR="00270054" w:rsidRPr="0066520B" w:rsidRDefault="00F21E91">
            <w:pPr>
              <w:rPr>
                <w:sz w:val="24"/>
                <w:szCs w:val="24"/>
              </w:rPr>
            </w:pPr>
            <w:r w:rsidRPr="0066520B">
              <w:rPr>
                <w:sz w:val="24"/>
                <w:szCs w:val="24"/>
              </w:rPr>
              <w:t>Charisma trap</w:t>
            </w:r>
          </w:p>
        </w:tc>
        <w:tc>
          <w:tcPr>
            <w:tcW w:w="5112" w:type="dxa"/>
            <w:shd w:val="clear" w:color="auto" w:fill="F2F7F5"/>
            <w:tcMar>
              <w:top w:w="90" w:type="dxa"/>
              <w:left w:w="90" w:type="dxa"/>
              <w:bottom w:w="90" w:type="dxa"/>
              <w:right w:w="90" w:type="dxa"/>
            </w:tcMar>
          </w:tcPr>
          <w:p w14:paraId="01080B74" w14:textId="77777777" w:rsidR="00270054" w:rsidRPr="0066520B" w:rsidRDefault="00F21E91">
            <w:pPr>
              <w:rPr>
                <w:sz w:val="24"/>
                <w:szCs w:val="24"/>
              </w:rPr>
            </w:pPr>
            <w:r w:rsidRPr="0066520B">
              <w:rPr>
                <w:sz w:val="24"/>
                <w:szCs w:val="24"/>
              </w:rPr>
              <w:t>Am I equating confidence, polish, or likability with leadership effectiveness?</w:t>
            </w:r>
          </w:p>
        </w:tc>
      </w:tr>
      <w:tr w:rsidR="00270054" w:rsidRPr="0066520B" w14:paraId="5C1F9BC1" w14:textId="77777777">
        <w:trPr>
          <w:jc w:val="center"/>
        </w:trPr>
        <w:tc>
          <w:tcPr>
            <w:tcW w:w="5112" w:type="dxa"/>
            <w:tcMar>
              <w:top w:w="90" w:type="dxa"/>
              <w:left w:w="90" w:type="dxa"/>
              <w:bottom w:w="90" w:type="dxa"/>
              <w:right w:w="90" w:type="dxa"/>
            </w:tcMar>
          </w:tcPr>
          <w:p w14:paraId="6074A502" w14:textId="77777777" w:rsidR="00270054" w:rsidRPr="0066520B" w:rsidRDefault="00F21E91">
            <w:pPr>
              <w:rPr>
                <w:sz w:val="24"/>
                <w:szCs w:val="24"/>
              </w:rPr>
            </w:pPr>
            <w:r w:rsidRPr="0066520B">
              <w:rPr>
                <w:sz w:val="24"/>
                <w:szCs w:val="24"/>
              </w:rPr>
              <w:t>Prestige trap</w:t>
            </w:r>
          </w:p>
        </w:tc>
        <w:tc>
          <w:tcPr>
            <w:tcW w:w="5112" w:type="dxa"/>
            <w:tcMar>
              <w:top w:w="90" w:type="dxa"/>
              <w:left w:w="90" w:type="dxa"/>
              <w:bottom w:w="90" w:type="dxa"/>
              <w:right w:w="90" w:type="dxa"/>
            </w:tcMar>
          </w:tcPr>
          <w:p w14:paraId="75EB3A11" w14:textId="77777777" w:rsidR="00270054" w:rsidRPr="0066520B" w:rsidRDefault="00F21E91">
            <w:pPr>
              <w:rPr>
                <w:sz w:val="24"/>
                <w:szCs w:val="24"/>
              </w:rPr>
            </w:pPr>
            <w:r w:rsidRPr="0066520B">
              <w:rPr>
                <w:sz w:val="24"/>
                <w:szCs w:val="24"/>
              </w:rPr>
              <w:t>Am I overvaluing a prior employer, title, or years of experience?</w:t>
            </w:r>
          </w:p>
        </w:tc>
      </w:tr>
    </w:tbl>
    <w:p w14:paraId="43A72570" w14:textId="77777777" w:rsidR="00270054" w:rsidRPr="0066520B" w:rsidRDefault="00F21E91">
      <w:pPr>
        <w:pStyle w:val="Heading2"/>
        <w:rPr>
          <w:sz w:val="24"/>
          <w:szCs w:val="24"/>
        </w:rPr>
      </w:pPr>
      <w:r w:rsidRPr="0066520B">
        <w:rPr>
          <w:sz w:val="24"/>
          <w:szCs w:val="24"/>
        </w:rPr>
        <w:t>My Evidence Check</w:t>
      </w:r>
    </w:p>
    <w:p w14:paraId="7E5409DB" w14:textId="77777777" w:rsidR="00270054" w:rsidRPr="0066520B" w:rsidRDefault="00F21E91">
      <w:pPr>
        <w:spacing w:after="120"/>
        <w:rPr>
          <w:sz w:val="24"/>
          <w:szCs w:val="24"/>
        </w:rPr>
      </w:pPr>
      <w:r w:rsidRPr="0066520B">
        <w:rPr>
          <w:sz w:val="24"/>
          <w:szCs w:val="24"/>
        </w:rPr>
        <w:t>The three strongest pieces of evidence supporting my preferred candidate are:</w:t>
      </w:r>
    </w:p>
    <w:p w14:paraId="790B2465"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3B80310D"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3FE68B07"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0A705414"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12563027" w14:textId="77777777" w:rsidR="00270054" w:rsidRPr="0066520B" w:rsidRDefault="00F21E91">
      <w:pPr>
        <w:spacing w:after="120"/>
        <w:rPr>
          <w:sz w:val="24"/>
          <w:szCs w:val="24"/>
        </w:rPr>
      </w:pPr>
      <w:r w:rsidRPr="0066520B">
        <w:rPr>
          <w:sz w:val="24"/>
          <w:szCs w:val="24"/>
        </w:rPr>
        <w:t>The most important unresolved concern is:</w:t>
      </w:r>
    </w:p>
    <w:p w14:paraId="0F81F414"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077D67AE"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70FF2B77" w14:textId="77777777" w:rsidR="00270054" w:rsidRDefault="00F21E91">
      <w:r>
        <w:br w:type="page"/>
      </w:r>
    </w:p>
    <w:p w14:paraId="08336959" w14:textId="77777777" w:rsidR="00270054" w:rsidRPr="0066520B" w:rsidRDefault="00F21E91">
      <w:pPr>
        <w:pStyle w:val="Heading1"/>
        <w:rPr>
          <w:sz w:val="48"/>
          <w:szCs w:val="48"/>
        </w:rPr>
      </w:pPr>
      <w:r w:rsidRPr="0066520B">
        <w:rPr>
          <w:sz w:val="48"/>
          <w:szCs w:val="48"/>
        </w:rPr>
        <w:lastRenderedPageBreak/>
        <w:t>Tool 8 — Reference Check Guide</w:t>
      </w:r>
    </w:p>
    <w:p w14:paraId="375D2B36" w14:textId="77777777" w:rsidR="00270054" w:rsidRPr="0066520B" w:rsidRDefault="00F21E91">
      <w:pPr>
        <w:spacing w:after="120"/>
        <w:rPr>
          <w:sz w:val="24"/>
          <w:szCs w:val="24"/>
        </w:rPr>
      </w:pPr>
      <w:r w:rsidRPr="0066520B">
        <w:rPr>
          <w:sz w:val="24"/>
          <w:szCs w:val="24"/>
        </w:rPr>
        <w:t xml:space="preserve">References should </w:t>
      </w:r>
      <w:proofErr w:type="gramStart"/>
      <w:r w:rsidRPr="0066520B">
        <w:rPr>
          <w:sz w:val="24"/>
          <w:szCs w:val="24"/>
        </w:rPr>
        <w:t>validate—or challenge—</w:t>
      </w:r>
      <w:proofErr w:type="gramEnd"/>
      <w:r w:rsidRPr="0066520B">
        <w:rPr>
          <w:sz w:val="24"/>
          <w:szCs w:val="24"/>
        </w:rPr>
        <w:t>the board’s understanding of the candidate. Follow applicable laws and organizational procedures.</w:t>
      </w:r>
    </w:p>
    <w:p w14:paraId="0C4F9315" w14:textId="77777777" w:rsidR="00270054" w:rsidRPr="0066520B" w:rsidRDefault="00F21E91">
      <w:pPr>
        <w:rPr>
          <w:sz w:val="24"/>
          <w:szCs w:val="24"/>
        </w:rPr>
      </w:pPr>
      <w:r w:rsidRPr="0066520B">
        <w:rPr>
          <w:b/>
          <w:sz w:val="24"/>
          <w:szCs w:val="24"/>
        </w:rPr>
        <w:t>1. In what capacity and for how long did you work with the candidate?</w:t>
      </w:r>
    </w:p>
    <w:p w14:paraId="63CA45A6"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61DED3E9" w14:textId="77777777" w:rsidR="00270054" w:rsidRPr="0066520B" w:rsidRDefault="00F21E91">
      <w:pPr>
        <w:rPr>
          <w:sz w:val="24"/>
          <w:szCs w:val="24"/>
        </w:rPr>
      </w:pPr>
      <w:r w:rsidRPr="0066520B">
        <w:rPr>
          <w:b/>
          <w:sz w:val="24"/>
          <w:szCs w:val="24"/>
        </w:rPr>
        <w:t>2. What was the candidate’s greatest contribution?</w:t>
      </w:r>
    </w:p>
    <w:p w14:paraId="3C746CFC"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5985C322" w14:textId="77777777" w:rsidR="00270054" w:rsidRPr="0066520B" w:rsidRDefault="00F21E91">
      <w:pPr>
        <w:rPr>
          <w:sz w:val="24"/>
          <w:szCs w:val="24"/>
        </w:rPr>
      </w:pPr>
      <w:r w:rsidRPr="0066520B">
        <w:rPr>
          <w:b/>
          <w:sz w:val="24"/>
          <w:szCs w:val="24"/>
        </w:rPr>
        <w:t>3. How would you describe their leadership style?</w:t>
      </w:r>
    </w:p>
    <w:p w14:paraId="7B9BC30B"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21967914" w14:textId="77777777" w:rsidR="00270054" w:rsidRPr="0066520B" w:rsidRDefault="00F21E91">
      <w:pPr>
        <w:rPr>
          <w:sz w:val="24"/>
          <w:szCs w:val="24"/>
        </w:rPr>
      </w:pPr>
      <w:r w:rsidRPr="0066520B">
        <w:rPr>
          <w:b/>
          <w:sz w:val="24"/>
          <w:szCs w:val="24"/>
        </w:rPr>
        <w:t>4. How did they handle disagreement with the board or senior leadership?</w:t>
      </w:r>
    </w:p>
    <w:p w14:paraId="24AFC650"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0657C0EF" w14:textId="77777777" w:rsidR="00270054" w:rsidRPr="0066520B" w:rsidRDefault="00F21E91">
      <w:pPr>
        <w:rPr>
          <w:sz w:val="24"/>
          <w:szCs w:val="24"/>
        </w:rPr>
      </w:pPr>
      <w:r w:rsidRPr="0066520B">
        <w:rPr>
          <w:b/>
          <w:sz w:val="24"/>
          <w:szCs w:val="24"/>
        </w:rPr>
        <w:t>5. How did employees respond to their leadership?</w:t>
      </w:r>
    </w:p>
    <w:p w14:paraId="6F914A71"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33E1C50A" w14:textId="77777777" w:rsidR="00270054" w:rsidRPr="0066520B" w:rsidRDefault="00F21E91">
      <w:pPr>
        <w:rPr>
          <w:sz w:val="24"/>
          <w:szCs w:val="24"/>
        </w:rPr>
      </w:pPr>
      <w:r w:rsidRPr="0066520B">
        <w:rPr>
          <w:b/>
          <w:sz w:val="24"/>
          <w:szCs w:val="24"/>
        </w:rPr>
        <w:t>6. How did they communicate difficult information?</w:t>
      </w:r>
    </w:p>
    <w:p w14:paraId="7750F15D"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774869BA" w14:textId="77777777" w:rsidR="00270054" w:rsidRPr="0066520B" w:rsidRDefault="00F21E91">
      <w:pPr>
        <w:rPr>
          <w:sz w:val="24"/>
          <w:szCs w:val="24"/>
        </w:rPr>
      </w:pPr>
      <w:r w:rsidRPr="0066520B">
        <w:rPr>
          <w:b/>
          <w:sz w:val="24"/>
          <w:szCs w:val="24"/>
        </w:rPr>
        <w:t>7. What were their most significant development areas?</w:t>
      </w:r>
    </w:p>
    <w:p w14:paraId="300D08F8"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7F1DEA6E" w14:textId="77777777" w:rsidR="00270054" w:rsidRPr="0066520B" w:rsidRDefault="00F21E91">
      <w:pPr>
        <w:rPr>
          <w:sz w:val="24"/>
          <w:szCs w:val="24"/>
        </w:rPr>
      </w:pPr>
      <w:r w:rsidRPr="0066520B">
        <w:rPr>
          <w:b/>
          <w:sz w:val="24"/>
          <w:szCs w:val="24"/>
        </w:rPr>
        <w:t>8. Under what conditions did they perform best?</w:t>
      </w:r>
    </w:p>
    <w:p w14:paraId="39B78415"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5052F8DD" w14:textId="77777777" w:rsidR="00270054" w:rsidRPr="0066520B" w:rsidRDefault="00F21E91">
      <w:pPr>
        <w:rPr>
          <w:sz w:val="24"/>
          <w:szCs w:val="24"/>
        </w:rPr>
      </w:pPr>
      <w:r w:rsidRPr="0066520B">
        <w:rPr>
          <w:b/>
          <w:sz w:val="24"/>
          <w:szCs w:val="24"/>
        </w:rPr>
        <w:t>9. Is there anything you would advise a new board to do to help this person succeed?</w:t>
      </w:r>
    </w:p>
    <w:p w14:paraId="1A220AF5"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270B1639" w14:textId="77777777" w:rsidR="00270054" w:rsidRPr="0066520B" w:rsidRDefault="00F21E91">
      <w:pPr>
        <w:rPr>
          <w:sz w:val="24"/>
          <w:szCs w:val="24"/>
        </w:rPr>
      </w:pPr>
      <w:r w:rsidRPr="0066520B">
        <w:rPr>
          <w:b/>
          <w:sz w:val="24"/>
          <w:szCs w:val="24"/>
        </w:rPr>
        <w:t>10. Would you hire or work with this person again? Why or why not?</w:t>
      </w:r>
    </w:p>
    <w:p w14:paraId="6F604B8A"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5C3EEE3C" w14:textId="77777777" w:rsidR="00270054" w:rsidRDefault="00F21E91">
      <w:r>
        <w:br w:type="page"/>
      </w:r>
    </w:p>
    <w:p w14:paraId="75464C6F" w14:textId="77777777" w:rsidR="00270054" w:rsidRPr="0066520B" w:rsidRDefault="00F21E91">
      <w:pPr>
        <w:pStyle w:val="Heading1"/>
        <w:rPr>
          <w:sz w:val="48"/>
          <w:szCs w:val="48"/>
        </w:rPr>
      </w:pPr>
      <w:r w:rsidRPr="0066520B">
        <w:rPr>
          <w:sz w:val="48"/>
          <w:szCs w:val="48"/>
        </w:rPr>
        <w:lastRenderedPageBreak/>
        <w:t>Tool 9 — Final Selection Deliberation</w:t>
      </w:r>
    </w:p>
    <w:p w14:paraId="24EF39F5" w14:textId="77777777" w:rsidR="00270054" w:rsidRPr="0066520B" w:rsidRDefault="00F21E91">
      <w:pPr>
        <w:spacing w:after="120"/>
        <w:rPr>
          <w:sz w:val="24"/>
          <w:szCs w:val="24"/>
        </w:rPr>
      </w:pPr>
      <w:r w:rsidRPr="0066520B">
        <w:rPr>
          <w:sz w:val="24"/>
          <w:szCs w:val="24"/>
        </w:rPr>
        <w:t>Return to the success profile and the evidence. Avoid reopening criteria simply because a favored candidate does not fit them.</w:t>
      </w:r>
    </w:p>
    <w:p w14:paraId="088F3AC2" w14:textId="77777777" w:rsidR="00270054" w:rsidRDefault="00F21E91">
      <w:pPr>
        <w:pStyle w:val="Heading2"/>
      </w:pPr>
      <w:r>
        <w:t>1. Who best meets our established criteria?</w:t>
      </w:r>
    </w:p>
    <w:p w14:paraId="79CDD447"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6855A3A6"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3873FAE3" w14:textId="77777777" w:rsidR="00270054" w:rsidRDefault="00F21E91">
      <w:pPr>
        <w:pStyle w:val="Heading2"/>
      </w:pPr>
      <w:r>
        <w:t>2. What evidence supports that conclusion?</w:t>
      </w:r>
    </w:p>
    <w:p w14:paraId="546C994D"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6541F9B5"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2F1593AF" w14:textId="77777777" w:rsidR="00270054" w:rsidRDefault="00F21E91">
      <w:pPr>
        <w:pStyle w:val="Heading2"/>
      </w:pPr>
      <w:r>
        <w:t>3. What concerns remain?</w:t>
      </w:r>
    </w:p>
    <w:p w14:paraId="69CF6EDF"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55DD5A18"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27D638F1" w14:textId="77777777" w:rsidR="00270054" w:rsidRDefault="00F21E91">
      <w:pPr>
        <w:pStyle w:val="Heading2"/>
      </w:pPr>
      <w:r>
        <w:t>4. Can those concerns be mitigated through onboarding, coaching, or clear expectations?</w:t>
      </w:r>
    </w:p>
    <w:p w14:paraId="60533071"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72765669"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40DDE18C" w14:textId="77777777" w:rsidR="00270054" w:rsidRDefault="00F21E91">
      <w:pPr>
        <w:pStyle w:val="Heading2"/>
      </w:pPr>
      <w:r>
        <w:t>5. Are we choosing based on evidence—or emotion?</w:t>
      </w:r>
    </w:p>
    <w:p w14:paraId="1B2284D0"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164DE7F2"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45C7F439" w14:textId="77777777" w:rsidR="00270054" w:rsidRDefault="00F21E91">
      <w:pPr>
        <w:pStyle w:val="Heading2"/>
      </w:pPr>
      <w:r>
        <w:t>6. What would make us regret this decision one year from now?</w:t>
      </w:r>
    </w:p>
    <w:p w14:paraId="22F10939"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13FB935F"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355157D0" w14:textId="77777777" w:rsidR="00270054" w:rsidRDefault="00F21E91">
      <w:r>
        <w:br w:type="page"/>
      </w:r>
    </w:p>
    <w:p w14:paraId="0CA2982A" w14:textId="77777777" w:rsidR="00270054" w:rsidRPr="0066520B" w:rsidRDefault="00F21E91">
      <w:pPr>
        <w:pStyle w:val="Heading1"/>
        <w:rPr>
          <w:sz w:val="48"/>
          <w:szCs w:val="48"/>
        </w:rPr>
      </w:pPr>
      <w:r w:rsidRPr="0066520B">
        <w:rPr>
          <w:sz w:val="48"/>
          <w:szCs w:val="48"/>
        </w:rPr>
        <w:lastRenderedPageBreak/>
        <w:t>Tool 10 — Employment Agreement Discussion Checklist</w:t>
      </w:r>
    </w:p>
    <w:p w14:paraId="54B42F51" w14:textId="77777777" w:rsidR="00270054" w:rsidRPr="0066520B" w:rsidRDefault="00F21E91">
      <w:pPr>
        <w:spacing w:after="120"/>
        <w:rPr>
          <w:sz w:val="24"/>
          <w:szCs w:val="24"/>
        </w:rPr>
      </w:pPr>
      <w:r w:rsidRPr="0066520B">
        <w:rPr>
          <w:sz w:val="24"/>
          <w:szCs w:val="24"/>
        </w:rPr>
        <w:t xml:space="preserve">This is a planning checklist, not legal advice. Employment terms should be reviewed for compliance with applicable state and local law, board policy, and any required </w:t>
      </w:r>
      <w:proofErr w:type="gramStart"/>
      <w:r w:rsidRPr="0066520B">
        <w:rPr>
          <w:sz w:val="24"/>
          <w:szCs w:val="24"/>
        </w:rPr>
        <w:t>public-meeting</w:t>
      </w:r>
      <w:proofErr w:type="gramEnd"/>
      <w:r w:rsidRPr="0066520B">
        <w:rPr>
          <w:sz w:val="24"/>
          <w:szCs w:val="24"/>
        </w:rPr>
        <w:t xml:space="preserve"> or approval procedures.</w:t>
      </w:r>
    </w:p>
    <w:p w14:paraId="1F8808C6" w14:textId="77777777" w:rsidR="00270054" w:rsidRPr="0066520B" w:rsidRDefault="00F21E91">
      <w:pPr>
        <w:rPr>
          <w:sz w:val="24"/>
          <w:szCs w:val="24"/>
        </w:rPr>
      </w:pPr>
      <w:r w:rsidRPr="0066520B">
        <w:rPr>
          <w:sz w:val="24"/>
          <w:szCs w:val="24"/>
        </w:rPr>
        <w:t>☐  Compensation and salary review process</w:t>
      </w:r>
    </w:p>
    <w:p w14:paraId="40C55F4F" w14:textId="77777777" w:rsidR="00270054" w:rsidRPr="0066520B" w:rsidRDefault="00F21E91">
      <w:pPr>
        <w:rPr>
          <w:sz w:val="24"/>
          <w:szCs w:val="24"/>
        </w:rPr>
      </w:pPr>
      <w:r w:rsidRPr="0066520B">
        <w:rPr>
          <w:sz w:val="24"/>
          <w:szCs w:val="24"/>
        </w:rPr>
        <w:t>☐  Health and other benefits</w:t>
      </w:r>
    </w:p>
    <w:p w14:paraId="6EE62932" w14:textId="77777777" w:rsidR="00270054" w:rsidRPr="0066520B" w:rsidRDefault="00F21E91">
      <w:pPr>
        <w:rPr>
          <w:sz w:val="24"/>
          <w:szCs w:val="24"/>
        </w:rPr>
      </w:pPr>
      <w:r w:rsidRPr="0066520B">
        <w:rPr>
          <w:sz w:val="24"/>
          <w:szCs w:val="24"/>
        </w:rPr>
        <w:t>☐  Leave</w:t>
      </w:r>
    </w:p>
    <w:p w14:paraId="0EC758A8" w14:textId="77777777" w:rsidR="00270054" w:rsidRPr="0066520B" w:rsidRDefault="00F21E91">
      <w:pPr>
        <w:rPr>
          <w:sz w:val="24"/>
          <w:szCs w:val="24"/>
        </w:rPr>
      </w:pPr>
      <w:r w:rsidRPr="0066520B">
        <w:rPr>
          <w:sz w:val="24"/>
          <w:szCs w:val="24"/>
        </w:rPr>
        <w:t>☐  Retirement contributions</w:t>
      </w:r>
    </w:p>
    <w:p w14:paraId="10A0D151" w14:textId="77777777" w:rsidR="00270054" w:rsidRPr="0066520B" w:rsidRDefault="00F21E91">
      <w:pPr>
        <w:rPr>
          <w:sz w:val="24"/>
          <w:szCs w:val="24"/>
        </w:rPr>
      </w:pPr>
      <w:r w:rsidRPr="0066520B">
        <w:rPr>
          <w:sz w:val="24"/>
          <w:szCs w:val="24"/>
        </w:rPr>
        <w:t>☐  Relocation assistance, if any</w:t>
      </w:r>
    </w:p>
    <w:p w14:paraId="048AD151" w14:textId="77777777" w:rsidR="00270054" w:rsidRPr="0066520B" w:rsidRDefault="00F21E91">
      <w:pPr>
        <w:rPr>
          <w:sz w:val="24"/>
          <w:szCs w:val="24"/>
        </w:rPr>
      </w:pPr>
      <w:r w:rsidRPr="0066520B">
        <w:rPr>
          <w:sz w:val="24"/>
          <w:szCs w:val="24"/>
        </w:rPr>
        <w:t>☐  Evaluation timing and methodology</w:t>
      </w:r>
    </w:p>
    <w:p w14:paraId="5C8CCF70" w14:textId="77777777" w:rsidR="00270054" w:rsidRPr="0066520B" w:rsidRDefault="00F21E91">
      <w:pPr>
        <w:rPr>
          <w:sz w:val="24"/>
          <w:szCs w:val="24"/>
        </w:rPr>
      </w:pPr>
      <w:r w:rsidRPr="0066520B">
        <w:rPr>
          <w:sz w:val="24"/>
          <w:szCs w:val="24"/>
        </w:rPr>
        <w:t>☐  Professional development and association participation</w:t>
      </w:r>
    </w:p>
    <w:p w14:paraId="20FEF2AD" w14:textId="77777777" w:rsidR="00270054" w:rsidRPr="0066520B" w:rsidRDefault="00F21E91">
      <w:pPr>
        <w:rPr>
          <w:sz w:val="24"/>
          <w:szCs w:val="24"/>
        </w:rPr>
      </w:pPr>
      <w:r w:rsidRPr="0066520B">
        <w:rPr>
          <w:sz w:val="24"/>
          <w:szCs w:val="24"/>
        </w:rPr>
        <w:t>☐  Outside professional activities</w:t>
      </w:r>
    </w:p>
    <w:p w14:paraId="6FB09B68" w14:textId="77777777" w:rsidR="00270054" w:rsidRPr="0066520B" w:rsidRDefault="00F21E91">
      <w:pPr>
        <w:rPr>
          <w:sz w:val="24"/>
          <w:szCs w:val="24"/>
        </w:rPr>
      </w:pPr>
      <w:r w:rsidRPr="0066520B">
        <w:rPr>
          <w:sz w:val="24"/>
          <w:szCs w:val="24"/>
        </w:rPr>
        <w:t>☐  Vehicle / travel expectations, if applicable</w:t>
      </w:r>
    </w:p>
    <w:p w14:paraId="6546C656" w14:textId="77777777" w:rsidR="00270054" w:rsidRPr="0066520B" w:rsidRDefault="00F21E91">
      <w:pPr>
        <w:rPr>
          <w:sz w:val="24"/>
          <w:szCs w:val="24"/>
        </w:rPr>
      </w:pPr>
      <w:r w:rsidRPr="0066520B">
        <w:rPr>
          <w:sz w:val="24"/>
          <w:szCs w:val="24"/>
        </w:rPr>
        <w:t>☐  Termination provisions</w:t>
      </w:r>
    </w:p>
    <w:p w14:paraId="6733BE43" w14:textId="77777777" w:rsidR="00270054" w:rsidRPr="0066520B" w:rsidRDefault="00F21E91">
      <w:pPr>
        <w:rPr>
          <w:sz w:val="24"/>
          <w:szCs w:val="24"/>
        </w:rPr>
      </w:pPr>
      <w:r w:rsidRPr="0066520B">
        <w:rPr>
          <w:sz w:val="24"/>
          <w:szCs w:val="24"/>
        </w:rPr>
        <w:t>☐  Severance provisions, if applicable</w:t>
      </w:r>
    </w:p>
    <w:p w14:paraId="4716F531" w14:textId="77777777" w:rsidR="00270054" w:rsidRPr="0066520B" w:rsidRDefault="00F21E91">
      <w:pPr>
        <w:rPr>
          <w:sz w:val="24"/>
          <w:szCs w:val="24"/>
        </w:rPr>
      </w:pPr>
      <w:r w:rsidRPr="0066520B">
        <w:rPr>
          <w:sz w:val="24"/>
          <w:szCs w:val="24"/>
        </w:rPr>
        <w:t>☐  Notice requirements</w:t>
      </w:r>
    </w:p>
    <w:p w14:paraId="56C9455F" w14:textId="77777777" w:rsidR="00270054" w:rsidRPr="0066520B" w:rsidRDefault="00F21E91">
      <w:pPr>
        <w:rPr>
          <w:sz w:val="24"/>
          <w:szCs w:val="24"/>
        </w:rPr>
      </w:pPr>
      <w:r w:rsidRPr="0066520B">
        <w:rPr>
          <w:sz w:val="24"/>
          <w:szCs w:val="24"/>
        </w:rPr>
        <w:t>☐  Authority to negotiate and approve final terms</w:t>
      </w:r>
    </w:p>
    <w:p w14:paraId="02772EEC" w14:textId="77777777" w:rsidR="00270054" w:rsidRDefault="00F21E91">
      <w:r>
        <w:br w:type="page"/>
      </w:r>
    </w:p>
    <w:p w14:paraId="314FCC4E" w14:textId="77777777" w:rsidR="00270054" w:rsidRPr="0066520B" w:rsidRDefault="00F21E91">
      <w:pPr>
        <w:pStyle w:val="Heading1"/>
        <w:rPr>
          <w:sz w:val="48"/>
          <w:szCs w:val="48"/>
        </w:rPr>
      </w:pPr>
      <w:r w:rsidRPr="0066520B">
        <w:rPr>
          <w:sz w:val="48"/>
          <w:szCs w:val="48"/>
        </w:rPr>
        <w:lastRenderedPageBreak/>
        <w:t>Tool 11 — First 90 Days Planning Worksheet</w:t>
      </w:r>
    </w:p>
    <w:tbl>
      <w:tblPr>
        <w:tblStyle w:val="TableGrid"/>
        <w:tblW w:w="0" w:type="auto"/>
        <w:jc w:val="center"/>
        <w:tblLook w:val="04A0" w:firstRow="1" w:lastRow="0" w:firstColumn="1" w:lastColumn="0" w:noHBand="0" w:noVBand="1"/>
      </w:tblPr>
      <w:tblGrid>
        <w:gridCol w:w="3405"/>
        <w:gridCol w:w="3404"/>
        <w:gridCol w:w="3405"/>
      </w:tblGrid>
      <w:tr w:rsidR="00270054" w:rsidRPr="0066520B" w14:paraId="0E86DD63" w14:textId="77777777">
        <w:trPr>
          <w:jc w:val="center"/>
        </w:trPr>
        <w:tc>
          <w:tcPr>
            <w:tcW w:w="3408" w:type="dxa"/>
            <w:shd w:val="clear" w:color="auto" w:fill="163D38"/>
            <w:tcMar>
              <w:top w:w="90" w:type="dxa"/>
              <w:left w:w="90" w:type="dxa"/>
              <w:bottom w:w="90" w:type="dxa"/>
              <w:right w:w="90" w:type="dxa"/>
            </w:tcMar>
            <w:vAlign w:val="center"/>
          </w:tcPr>
          <w:p w14:paraId="5D5DAB7F" w14:textId="77777777" w:rsidR="00270054" w:rsidRPr="0066520B" w:rsidRDefault="00F21E91">
            <w:pPr>
              <w:rPr>
                <w:sz w:val="24"/>
                <w:szCs w:val="24"/>
              </w:rPr>
            </w:pPr>
            <w:r w:rsidRPr="0066520B">
              <w:rPr>
                <w:b/>
                <w:color w:val="FFFFFF"/>
                <w:sz w:val="24"/>
                <w:szCs w:val="24"/>
              </w:rPr>
              <w:t>Timeframe</w:t>
            </w:r>
          </w:p>
        </w:tc>
        <w:tc>
          <w:tcPr>
            <w:tcW w:w="3408" w:type="dxa"/>
            <w:shd w:val="clear" w:color="auto" w:fill="163D38"/>
            <w:tcMar>
              <w:top w:w="90" w:type="dxa"/>
              <w:left w:w="90" w:type="dxa"/>
              <w:bottom w:w="90" w:type="dxa"/>
              <w:right w:w="90" w:type="dxa"/>
            </w:tcMar>
            <w:vAlign w:val="center"/>
          </w:tcPr>
          <w:p w14:paraId="6D890BD6" w14:textId="77777777" w:rsidR="00270054" w:rsidRPr="0066520B" w:rsidRDefault="00F21E91">
            <w:pPr>
              <w:rPr>
                <w:sz w:val="24"/>
                <w:szCs w:val="24"/>
              </w:rPr>
            </w:pPr>
            <w:r w:rsidRPr="0066520B">
              <w:rPr>
                <w:b/>
                <w:color w:val="FFFFFF"/>
                <w:sz w:val="24"/>
                <w:szCs w:val="24"/>
              </w:rPr>
              <w:t>Primary Focus</w:t>
            </w:r>
          </w:p>
        </w:tc>
        <w:tc>
          <w:tcPr>
            <w:tcW w:w="3408" w:type="dxa"/>
            <w:shd w:val="clear" w:color="auto" w:fill="163D38"/>
            <w:tcMar>
              <w:top w:w="90" w:type="dxa"/>
              <w:left w:w="90" w:type="dxa"/>
              <w:bottom w:w="90" w:type="dxa"/>
              <w:right w:w="90" w:type="dxa"/>
            </w:tcMar>
            <w:vAlign w:val="center"/>
          </w:tcPr>
          <w:p w14:paraId="3D9815BE" w14:textId="77777777" w:rsidR="00270054" w:rsidRPr="0066520B" w:rsidRDefault="00F21E91">
            <w:pPr>
              <w:rPr>
                <w:sz w:val="24"/>
                <w:szCs w:val="24"/>
              </w:rPr>
            </w:pPr>
            <w:r w:rsidRPr="0066520B">
              <w:rPr>
                <w:b/>
                <w:color w:val="FFFFFF"/>
                <w:sz w:val="24"/>
                <w:szCs w:val="24"/>
              </w:rPr>
              <w:t>Board Expectations / Deliverables</w:t>
            </w:r>
          </w:p>
        </w:tc>
      </w:tr>
      <w:tr w:rsidR="00270054" w:rsidRPr="0066520B" w14:paraId="2642EE6D" w14:textId="77777777">
        <w:trPr>
          <w:jc w:val="center"/>
        </w:trPr>
        <w:tc>
          <w:tcPr>
            <w:tcW w:w="3408" w:type="dxa"/>
            <w:tcMar>
              <w:top w:w="90" w:type="dxa"/>
              <w:left w:w="90" w:type="dxa"/>
              <w:bottom w:w="90" w:type="dxa"/>
              <w:right w:w="90" w:type="dxa"/>
            </w:tcMar>
          </w:tcPr>
          <w:p w14:paraId="66E7DDC1" w14:textId="77777777" w:rsidR="00270054" w:rsidRPr="0066520B" w:rsidRDefault="00F21E91">
            <w:pPr>
              <w:rPr>
                <w:sz w:val="24"/>
                <w:szCs w:val="24"/>
              </w:rPr>
            </w:pPr>
            <w:r w:rsidRPr="0066520B">
              <w:rPr>
                <w:sz w:val="24"/>
                <w:szCs w:val="24"/>
              </w:rPr>
              <w:t>First 30 Days</w:t>
            </w:r>
          </w:p>
        </w:tc>
        <w:tc>
          <w:tcPr>
            <w:tcW w:w="3408" w:type="dxa"/>
            <w:tcMar>
              <w:top w:w="90" w:type="dxa"/>
              <w:left w:w="90" w:type="dxa"/>
              <w:bottom w:w="90" w:type="dxa"/>
              <w:right w:w="90" w:type="dxa"/>
            </w:tcMar>
          </w:tcPr>
          <w:p w14:paraId="68331731" w14:textId="77777777" w:rsidR="00270054" w:rsidRPr="0066520B" w:rsidRDefault="00F21E91">
            <w:pPr>
              <w:rPr>
                <w:sz w:val="24"/>
                <w:szCs w:val="24"/>
              </w:rPr>
            </w:pPr>
            <w:r w:rsidRPr="0066520B">
              <w:rPr>
                <w:sz w:val="24"/>
                <w:szCs w:val="24"/>
              </w:rPr>
              <w:t>Listen &amp; learn</w:t>
            </w:r>
          </w:p>
        </w:tc>
        <w:tc>
          <w:tcPr>
            <w:tcW w:w="3408" w:type="dxa"/>
            <w:tcMar>
              <w:top w:w="90" w:type="dxa"/>
              <w:left w:w="90" w:type="dxa"/>
              <w:bottom w:w="90" w:type="dxa"/>
              <w:right w:w="90" w:type="dxa"/>
            </w:tcMar>
          </w:tcPr>
          <w:p w14:paraId="0B0DAA17" w14:textId="77777777" w:rsidR="00270054" w:rsidRPr="0066520B" w:rsidRDefault="00270054">
            <w:pPr>
              <w:rPr>
                <w:sz w:val="24"/>
                <w:szCs w:val="24"/>
              </w:rPr>
            </w:pPr>
          </w:p>
        </w:tc>
      </w:tr>
      <w:tr w:rsidR="00270054" w:rsidRPr="0066520B" w14:paraId="6CA72EEF" w14:textId="77777777">
        <w:trPr>
          <w:jc w:val="center"/>
        </w:trPr>
        <w:tc>
          <w:tcPr>
            <w:tcW w:w="3408" w:type="dxa"/>
            <w:shd w:val="clear" w:color="auto" w:fill="F2F7F5"/>
            <w:tcMar>
              <w:top w:w="90" w:type="dxa"/>
              <w:left w:w="90" w:type="dxa"/>
              <w:bottom w:w="90" w:type="dxa"/>
              <w:right w:w="90" w:type="dxa"/>
            </w:tcMar>
          </w:tcPr>
          <w:p w14:paraId="70C19CAB" w14:textId="77777777" w:rsidR="00270054" w:rsidRPr="0066520B" w:rsidRDefault="00F21E91">
            <w:pPr>
              <w:rPr>
                <w:sz w:val="24"/>
                <w:szCs w:val="24"/>
              </w:rPr>
            </w:pPr>
            <w:r w:rsidRPr="0066520B">
              <w:rPr>
                <w:sz w:val="24"/>
                <w:szCs w:val="24"/>
              </w:rPr>
              <w:t>Days 31–60</w:t>
            </w:r>
          </w:p>
        </w:tc>
        <w:tc>
          <w:tcPr>
            <w:tcW w:w="3408" w:type="dxa"/>
            <w:shd w:val="clear" w:color="auto" w:fill="F2F7F5"/>
            <w:tcMar>
              <w:top w:w="90" w:type="dxa"/>
              <w:left w:w="90" w:type="dxa"/>
              <w:bottom w:w="90" w:type="dxa"/>
              <w:right w:w="90" w:type="dxa"/>
            </w:tcMar>
          </w:tcPr>
          <w:p w14:paraId="4EA43A7D" w14:textId="77777777" w:rsidR="00270054" w:rsidRPr="0066520B" w:rsidRDefault="00F21E91">
            <w:pPr>
              <w:rPr>
                <w:sz w:val="24"/>
                <w:szCs w:val="24"/>
              </w:rPr>
            </w:pPr>
            <w:r w:rsidRPr="0066520B">
              <w:rPr>
                <w:sz w:val="24"/>
                <w:szCs w:val="24"/>
              </w:rPr>
              <w:t>Assess &amp; prioritize</w:t>
            </w:r>
          </w:p>
        </w:tc>
        <w:tc>
          <w:tcPr>
            <w:tcW w:w="3408" w:type="dxa"/>
            <w:shd w:val="clear" w:color="auto" w:fill="F2F7F5"/>
            <w:tcMar>
              <w:top w:w="90" w:type="dxa"/>
              <w:left w:w="90" w:type="dxa"/>
              <w:bottom w:w="90" w:type="dxa"/>
              <w:right w:w="90" w:type="dxa"/>
            </w:tcMar>
          </w:tcPr>
          <w:p w14:paraId="0D64BCAF" w14:textId="77777777" w:rsidR="00270054" w:rsidRPr="0066520B" w:rsidRDefault="00270054">
            <w:pPr>
              <w:rPr>
                <w:sz w:val="24"/>
                <w:szCs w:val="24"/>
              </w:rPr>
            </w:pPr>
          </w:p>
        </w:tc>
      </w:tr>
      <w:tr w:rsidR="00270054" w:rsidRPr="0066520B" w14:paraId="6C62F463" w14:textId="77777777">
        <w:trPr>
          <w:jc w:val="center"/>
        </w:trPr>
        <w:tc>
          <w:tcPr>
            <w:tcW w:w="3408" w:type="dxa"/>
            <w:tcMar>
              <w:top w:w="90" w:type="dxa"/>
              <w:left w:w="90" w:type="dxa"/>
              <w:bottom w:w="90" w:type="dxa"/>
              <w:right w:w="90" w:type="dxa"/>
            </w:tcMar>
          </w:tcPr>
          <w:p w14:paraId="64C06ADA" w14:textId="77777777" w:rsidR="00270054" w:rsidRPr="0066520B" w:rsidRDefault="00F21E91">
            <w:pPr>
              <w:rPr>
                <w:sz w:val="24"/>
                <w:szCs w:val="24"/>
              </w:rPr>
            </w:pPr>
            <w:r w:rsidRPr="0066520B">
              <w:rPr>
                <w:sz w:val="24"/>
                <w:szCs w:val="24"/>
              </w:rPr>
              <w:t>Days 61–90</w:t>
            </w:r>
          </w:p>
        </w:tc>
        <w:tc>
          <w:tcPr>
            <w:tcW w:w="3408" w:type="dxa"/>
            <w:tcMar>
              <w:top w:w="90" w:type="dxa"/>
              <w:left w:w="90" w:type="dxa"/>
              <w:bottom w:w="90" w:type="dxa"/>
              <w:right w:w="90" w:type="dxa"/>
            </w:tcMar>
          </w:tcPr>
          <w:p w14:paraId="44D019EB" w14:textId="77777777" w:rsidR="00270054" w:rsidRPr="0066520B" w:rsidRDefault="00F21E91">
            <w:pPr>
              <w:rPr>
                <w:sz w:val="24"/>
                <w:szCs w:val="24"/>
              </w:rPr>
            </w:pPr>
            <w:r w:rsidRPr="0066520B">
              <w:rPr>
                <w:sz w:val="24"/>
                <w:szCs w:val="24"/>
              </w:rPr>
              <w:t>Establish direction</w:t>
            </w:r>
          </w:p>
        </w:tc>
        <w:tc>
          <w:tcPr>
            <w:tcW w:w="3408" w:type="dxa"/>
            <w:tcMar>
              <w:top w:w="90" w:type="dxa"/>
              <w:left w:w="90" w:type="dxa"/>
              <w:bottom w:w="90" w:type="dxa"/>
              <w:right w:w="90" w:type="dxa"/>
            </w:tcMar>
          </w:tcPr>
          <w:p w14:paraId="7E7F1559" w14:textId="77777777" w:rsidR="00270054" w:rsidRPr="0066520B" w:rsidRDefault="00270054">
            <w:pPr>
              <w:rPr>
                <w:sz w:val="24"/>
                <w:szCs w:val="24"/>
              </w:rPr>
            </w:pPr>
          </w:p>
        </w:tc>
      </w:tr>
    </w:tbl>
    <w:p w14:paraId="2B4659F3" w14:textId="77777777" w:rsidR="00270054" w:rsidRPr="0066520B" w:rsidRDefault="00F21E91">
      <w:pPr>
        <w:pStyle w:val="Heading2"/>
        <w:rPr>
          <w:sz w:val="24"/>
          <w:szCs w:val="24"/>
        </w:rPr>
      </w:pPr>
      <w:r w:rsidRPr="0066520B">
        <w:rPr>
          <w:sz w:val="24"/>
          <w:szCs w:val="24"/>
        </w:rPr>
        <w:t>Questions the Board Should Answer</w:t>
      </w:r>
    </w:p>
    <w:p w14:paraId="44F58CFA" w14:textId="77777777" w:rsidR="00270054" w:rsidRPr="0066520B" w:rsidRDefault="00F21E91">
      <w:pPr>
        <w:pStyle w:val="ListBullet"/>
        <w:spacing w:after="60"/>
        <w:rPr>
          <w:sz w:val="24"/>
          <w:szCs w:val="24"/>
        </w:rPr>
      </w:pPr>
      <w:r w:rsidRPr="0066520B">
        <w:rPr>
          <w:sz w:val="24"/>
          <w:szCs w:val="24"/>
        </w:rPr>
        <w:t>What must the new ED learn immediately?</w:t>
      </w:r>
    </w:p>
    <w:p w14:paraId="1B2E3A86" w14:textId="77777777" w:rsidR="00270054" w:rsidRPr="0066520B" w:rsidRDefault="00F21E91">
      <w:pPr>
        <w:pStyle w:val="ListBullet"/>
        <w:spacing w:after="60"/>
        <w:rPr>
          <w:sz w:val="24"/>
          <w:szCs w:val="24"/>
        </w:rPr>
      </w:pPr>
      <w:r w:rsidRPr="0066520B">
        <w:rPr>
          <w:sz w:val="24"/>
          <w:szCs w:val="24"/>
        </w:rPr>
        <w:t>Who are the key internal and external stakeholders they should meet?</w:t>
      </w:r>
    </w:p>
    <w:p w14:paraId="5787E924" w14:textId="77777777" w:rsidR="00270054" w:rsidRPr="0066520B" w:rsidRDefault="00F21E91">
      <w:pPr>
        <w:pStyle w:val="ListBullet"/>
        <w:spacing w:after="60"/>
        <w:rPr>
          <w:sz w:val="24"/>
          <w:szCs w:val="24"/>
        </w:rPr>
      </w:pPr>
      <w:r w:rsidRPr="0066520B">
        <w:rPr>
          <w:sz w:val="24"/>
          <w:szCs w:val="24"/>
        </w:rPr>
        <w:t>What issues require immediate board visibility?</w:t>
      </w:r>
    </w:p>
    <w:p w14:paraId="1407E857" w14:textId="77777777" w:rsidR="00270054" w:rsidRPr="0066520B" w:rsidRDefault="00F21E91">
      <w:pPr>
        <w:pStyle w:val="ListBullet"/>
        <w:spacing w:after="60"/>
        <w:rPr>
          <w:sz w:val="24"/>
          <w:szCs w:val="24"/>
        </w:rPr>
      </w:pPr>
      <w:r w:rsidRPr="0066520B">
        <w:rPr>
          <w:sz w:val="24"/>
          <w:szCs w:val="24"/>
        </w:rPr>
        <w:t>What decisions should wait until the ED has completed an assessment?</w:t>
      </w:r>
    </w:p>
    <w:p w14:paraId="0E69186B" w14:textId="77777777" w:rsidR="00270054" w:rsidRPr="0066520B" w:rsidRDefault="00F21E91">
      <w:pPr>
        <w:pStyle w:val="ListBullet"/>
        <w:spacing w:after="60"/>
        <w:rPr>
          <w:sz w:val="24"/>
          <w:szCs w:val="24"/>
        </w:rPr>
      </w:pPr>
      <w:r w:rsidRPr="0066520B">
        <w:rPr>
          <w:sz w:val="24"/>
          <w:szCs w:val="24"/>
        </w:rPr>
        <w:t>How often will the board chair and ED communicate during the transition?</w:t>
      </w:r>
    </w:p>
    <w:p w14:paraId="70DA66EF"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05ABC328"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296A9167"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7858D4E9"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02ECED34"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56548F6C" w14:textId="77777777" w:rsidR="00270054" w:rsidRPr="0066520B" w:rsidRDefault="00F21E91">
      <w:pPr>
        <w:rPr>
          <w:sz w:val="24"/>
          <w:szCs w:val="24"/>
        </w:rPr>
      </w:pPr>
      <w:r w:rsidRPr="0066520B">
        <w:rPr>
          <w:sz w:val="24"/>
          <w:szCs w:val="24"/>
        </w:rPr>
        <w:br w:type="page"/>
      </w:r>
    </w:p>
    <w:p w14:paraId="050F1089" w14:textId="77777777" w:rsidR="00270054" w:rsidRPr="0066520B" w:rsidRDefault="00F21E91">
      <w:pPr>
        <w:pStyle w:val="Heading1"/>
        <w:rPr>
          <w:sz w:val="48"/>
          <w:szCs w:val="48"/>
        </w:rPr>
      </w:pPr>
      <w:r w:rsidRPr="0066520B">
        <w:rPr>
          <w:sz w:val="48"/>
          <w:szCs w:val="48"/>
        </w:rPr>
        <w:lastRenderedPageBreak/>
        <w:t>Tool 12 — First-Year Expectations</w:t>
      </w:r>
    </w:p>
    <w:p w14:paraId="2DFA0A46" w14:textId="77777777" w:rsidR="00270054" w:rsidRPr="0066520B" w:rsidRDefault="00F21E91">
      <w:pPr>
        <w:spacing w:after="120"/>
        <w:rPr>
          <w:sz w:val="24"/>
          <w:szCs w:val="24"/>
        </w:rPr>
      </w:pPr>
      <w:r w:rsidRPr="0066520B">
        <w:rPr>
          <w:sz w:val="24"/>
          <w:szCs w:val="24"/>
        </w:rPr>
        <w:t>Select a limited number of measurable priorities. These should become the foundation for the first-year evaluation.</w:t>
      </w:r>
    </w:p>
    <w:tbl>
      <w:tblPr>
        <w:tblStyle w:val="TableGrid"/>
        <w:tblW w:w="0" w:type="auto"/>
        <w:jc w:val="center"/>
        <w:tblLook w:val="04A0" w:firstRow="1" w:lastRow="0" w:firstColumn="1" w:lastColumn="0" w:noHBand="0" w:noVBand="1"/>
      </w:tblPr>
      <w:tblGrid>
        <w:gridCol w:w="2555"/>
        <w:gridCol w:w="2553"/>
        <w:gridCol w:w="2553"/>
        <w:gridCol w:w="2553"/>
      </w:tblGrid>
      <w:tr w:rsidR="00270054" w:rsidRPr="0066520B" w14:paraId="04BB3C8D" w14:textId="77777777">
        <w:trPr>
          <w:jc w:val="center"/>
        </w:trPr>
        <w:tc>
          <w:tcPr>
            <w:tcW w:w="2556" w:type="dxa"/>
            <w:shd w:val="clear" w:color="auto" w:fill="163D38"/>
            <w:tcMar>
              <w:top w:w="90" w:type="dxa"/>
              <w:left w:w="90" w:type="dxa"/>
              <w:bottom w:w="90" w:type="dxa"/>
              <w:right w:w="90" w:type="dxa"/>
            </w:tcMar>
            <w:vAlign w:val="center"/>
          </w:tcPr>
          <w:p w14:paraId="6C68E33D" w14:textId="77777777" w:rsidR="00270054" w:rsidRPr="0066520B" w:rsidRDefault="00F21E91">
            <w:pPr>
              <w:rPr>
                <w:sz w:val="24"/>
                <w:szCs w:val="24"/>
              </w:rPr>
            </w:pPr>
            <w:r w:rsidRPr="0066520B">
              <w:rPr>
                <w:b/>
                <w:color w:val="FFFFFF"/>
                <w:sz w:val="24"/>
                <w:szCs w:val="24"/>
              </w:rPr>
              <w:t>Priority Area</w:t>
            </w:r>
          </w:p>
        </w:tc>
        <w:tc>
          <w:tcPr>
            <w:tcW w:w="2556" w:type="dxa"/>
            <w:shd w:val="clear" w:color="auto" w:fill="163D38"/>
            <w:tcMar>
              <w:top w:w="90" w:type="dxa"/>
              <w:left w:w="90" w:type="dxa"/>
              <w:bottom w:w="90" w:type="dxa"/>
              <w:right w:w="90" w:type="dxa"/>
            </w:tcMar>
            <w:vAlign w:val="center"/>
          </w:tcPr>
          <w:p w14:paraId="0EE283C3" w14:textId="77777777" w:rsidR="00270054" w:rsidRPr="0066520B" w:rsidRDefault="00F21E91">
            <w:pPr>
              <w:rPr>
                <w:sz w:val="24"/>
                <w:szCs w:val="24"/>
              </w:rPr>
            </w:pPr>
            <w:r w:rsidRPr="0066520B">
              <w:rPr>
                <w:b/>
                <w:color w:val="FFFFFF"/>
                <w:sz w:val="24"/>
                <w:szCs w:val="24"/>
              </w:rPr>
              <w:t>Desired Outcome</w:t>
            </w:r>
          </w:p>
        </w:tc>
        <w:tc>
          <w:tcPr>
            <w:tcW w:w="2556" w:type="dxa"/>
            <w:shd w:val="clear" w:color="auto" w:fill="163D38"/>
            <w:tcMar>
              <w:top w:w="90" w:type="dxa"/>
              <w:left w:w="90" w:type="dxa"/>
              <w:bottom w:w="90" w:type="dxa"/>
              <w:right w:w="90" w:type="dxa"/>
            </w:tcMar>
            <w:vAlign w:val="center"/>
          </w:tcPr>
          <w:p w14:paraId="22E59932" w14:textId="77777777" w:rsidR="00270054" w:rsidRPr="0066520B" w:rsidRDefault="00F21E91">
            <w:pPr>
              <w:rPr>
                <w:sz w:val="24"/>
                <w:szCs w:val="24"/>
              </w:rPr>
            </w:pPr>
            <w:r w:rsidRPr="0066520B">
              <w:rPr>
                <w:b/>
                <w:color w:val="FFFFFF"/>
                <w:sz w:val="24"/>
                <w:szCs w:val="24"/>
              </w:rPr>
              <w:t>Measure / Evidence</w:t>
            </w:r>
          </w:p>
        </w:tc>
        <w:tc>
          <w:tcPr>
            <w:tcW w:w="2556" w:type="dxa"/>
            <w:shd w:val="clear" w:color="auto" w:fill="163D38"/>
            <w:tcMar>
              <w:top w:w="90" w:type="dxa"/>
              <w:left w:w="90" w:type="dxa"/>
              <w:bottom w:w="90" w:type="dxa"/>
              <w:right w:w="90" w:type="dxa"/>
            </w:tcMar>
            <w:vAlign w:val="center"/>
          </w:tcPr>
          <w:p w14:paraId="5D32E655" w14:textId="77777777" w:rsidR="00270054" w:rsidRPr="0066520B" w:rsidRDefault="00F21E91">
            <w:pPr>
              <w:rPr>
                <w:sz w:val="24"/>
                <w:szCs w:val="24"/>
              </w:rPr>
            </w:pPr>
            <w:r w:rsidRPr="0066520B">
              <w:rPr>
                <w:b/>
                <w:color w:val="FFFFFF"/>
                <w:sz w:val="24"/>
                <w:szCs w:val="24"/>
              </w:rPr>
              <w:t>Target Date</w:t>
            </w:r>
          </w:p>
        </w:tc>
      </w:tr>
      <w:tr w:rsidR="00270054" w:rsidRPr="0066520B" w14:paraId="49AB2F99" w14:textId="77777777">
        <w:trPr>
          <w:jc w:val="center"/>
        </w:trPr>
        <w:tc>
          <w:tcPr>
            <w:tcW w:w="2556" w:type="dxa"/>
            <w:tcMar>
              <w:top w:w="90" w:type="dxa"/>
              <w:left w:w="90" w:type="dxa"/>
              <w:bottom w:w="90" w:type="dxa"/>
              <w:right w:w="90" w:type="dxa"/>
            </w:tcMar>
          </w:tcPr>
          <w:p w14:paraId="1E0E8F64" w14:textId="77777777" w:rsidR="00270054" w:rsidRPr="0066520B" w:rsidRDefault="00F21E91">
            <w:pPr>
              <w:rPr>
                <w:sz w:val="24"/>
                <w:szCs w:val="24"/>
              </w:rPr>
            </w:pPr>
            <w:r w:rsidRPr="0066520B">
              <w:rPr>
                <w:sz w:val="24"/>
                <w:szCs w:val="24"/>
              </w:rPr>
              <w:t>Organizational assessment</w:t>
            </w:r>
          </w:p>
        </w:tc>
        <w:tc>
          <w:tcPr>
            <w:tcW w:w="2556" w:type="dxa"/>
            <w:tcMar>
              <w:top w:w="90" w:type="dxa"/>
              <w:left w:w="90" w:type="dxa"/>
              <w:bottom w:w="90" w:type="dxa"/>
              <w:right w:w="90" w:type="dxa"/>
            </w:tcMar>
          </w:tcPr>
          <w:p w14:paraId="2F9FC293" w14:textId="77777777" w:rsidR="00270054" w:rsidRPr="0066520B" w:rsidRDefault="00270054">
            <w:pPr>
              <w:rPr>
                <w:sz w:val="24"/>
                <w:szCs w:val="24"/>
              </w:rPr>
            </w:pPr>
          </w:p>
        </w:tc>
        <w:tc>
          <w:tcPr>
            <w:tcW w:w="2556" w:type="dxa"/>
            <w:tcMar>
              <w:top w:w="90" w:type="dxa"/>
              <w:left w:w="90" w:type="dxa"/>
              <w:bottom w:w="90" w:type="dxa"/>
              <w:right w:w="90" w:type="dxa"/>
            </w:tcMar>
          </w:tcPr>
          <w:p w14:paraId="1EF853AD" w14:textId="77777777" w:rsidR="00270054" w:rsidRPr="0066520B" w:rsidRDefault="00270054">
            <w:pPr>
              <w:rPr>
                <w:sz w:val="24"/>
                <w:szCs w:val="24"/>
              </w:rPr>
            </w:pPr>
          </w:p>
        </w:tc>
        <w:tc>
          <w:tcPr>
            <w:tcW w:w="2556" w:type="dxa"/>
            <w:tcMar>
              <w:top w:w="90" w:type="dxa"/>
              <w:left w:w="90" w:type="dxa"/>
              <w:bottom w:w="90" w:type="dxa"/>
              <w:right w:w="90" w:type="dxa"/>
            </w:tcMar>
          </w:tcPr>
          <w:p w14:paraId="37AED842" w14:textId="77777777" w:rsidR="00270054" w:rsidRPr="0066520B" w:rsidRDefault="00270054">
            <w:pPr>
              <w:rPr>
                <w:sz w:val="24"/>
                <w:szCs w:val="24"/>
              </w:rPr>
            </w:pPr>
          </w:p>
        </w:tc>
      </w:tr>
      <w:tr w:rsidR="00270054" w:rsidRPr="0066520B" w14:paraId="78489241" w14:textId="77777777">
        <w:trPr>
          <w:jc w:val="center"/>
        </w:trPr>
        <w:tc>
          <w:tcPr>
            <w:tcW w:w="2556" w:type="dxa"/>
            <w:shd w:val="clear" w:color="auto" w:fill="F2F7F5"/>
            <w:tcMar>
              <w:top w:w="90" w:type="dxa"/>
              <w:left w:w="90" w:type="dxa"/>
              <w:bottom w:w="90" w:type="dxa"/>
              <w:right w:w="90" w:type="dxa"/>
            </w:tcMar>
          </w:tcPr>
          <w:p w14:paraId="474DCF55" w14:textId="77777777" w:rsidR="00270054" w:rsidRPr="0066520B" w:rsidRDefault="00F21E91">
            <w:pPr>
              <w:rPr>
                <w:sz w:val="24"/>
                <w:szCs w:val="24"/>
              </w:rPr>
            </w:pPr>
            <w:r w:rsidRPr="0066520B">
              <w:rPr>
                <w:sz w:val="24"/>
                <w:szCs w:val="24"/>
              </w:rPr>
              <w:t>Financial priorities</w:t>
            </w:r>
          </w:p>
        </w:tc>
        <w:tc>
          <w:tcPr>
            <w:tcW w:w="2556" w:type="dxa"/>
            <w:shd w:val="clear" w:color="auto" w:fill="F2F7F5"/>
            <w:tcMar>
              <w:top w:w="90" w:type="dxa"/>
              <w:left w:w="90" w:type="dxa"/>
              <w:bottom w:w="90" w:type="dxa"/>
              <w:right w:w="90" w:type="dxa"/>
            </w:tcMar>
          </w:tcPr>
          <w:p w14:paraId="0F17C60D" w14:textId="77777777" w:rsidR="00270054" w:rsidRPr="0066520B" w:rsidRDefault="00270054">
            <w:pPr>
              <w:rPr>
                <w:sz w:val="24"/>
                <w:szCs w:val="24"/>
              </w:rPr>
            </w:pPr>
          </w:p>
        </w:tc>
        <w:tc>
          <w:tcPr>
            <w:tcW w:w="2556" w:type="dxa"/>
            <w:shd w:val="clear" w:color="auto" w:fill="F2F7F5"/>
            <w:tcMar>
              <w:top w:w="90" w:type="dxa"/>
              <w:left w:w="90" w:type="dxa"/>
              <w:bottom w:w="90" w:type="dxa"/>
              <w:right w:w="90" w:type="dxa"/>
            </w:tcMar>
          </w:tcPr>
          <w:p w14:paraId="1E158FDB" w14:textId="77777777" w:rsidR="00270054" w:rsidRPr="0066520B" w:rsidRDefault="00270054">
            <w:pPr>
              <w:rPr>
                <w:sz w:val="24"/>
                <w:szCs w:val="24"/>
              </w:rPr>
            </w:pPr>
          </w:p>
        </w:tc>
        <w:tc>
          <w:tcPr>
            <w:tcW w:w="2556" w:type="dxa"/>
            <w:shd w:val="clear" w:color="auto" w:fill="F2F7F5"/>
            <w:tcMar>
              <w:top w:w="90" w:type="dxa"/>
              <w:left w:w="90" w:type="dxa"/>
              <w:bottom w:w="90" w:type="dxa"/>
              <w:right w:w="90" w:type="dxa"/>
            </w:tcMar>
          </w:tcPr>
          <w:p w14:paraId="3C3C81B3" w14:textId="77777777" w:rsidR="00270054" w:rsidRPr="0066520B" w:rsidRDefault="00270054">
            <w:pPr>
              <w:rPr>
                <w:sz w:val="24"/>
                <w:szCs w:val="24"/>
              </w:rPr>
            </w:pPr>
          </w:p>
        </w:tc>
      </w:tr>
      <w:tr w:rsidR="00270054" w:rsidRPr="0066520B" w14:paraId="43FC8574" w14:textId="77777777">
        <w:trPr>
          <w:jc w:val="center"/>
        </w:trPr>
        <w:tc>
          <w:tcPr>
            <w:tcW w:w="2556" w:type="dxa"/>
            <w:tcMar>
              <w:top w:w="90" w:type="dxa"/>
              <w:left w:w="90" w:type="dxa"/>
              <w:bottom w:w="90" w:type="dxa"/>
              <w:right w:w="90" w:type="dxa"/>
            </w:tcMar>
          </w:tcPr>
          <w:p w14:paraId="131FCCD7" w14:textId="77777777" w:rsidR="00270054" w:rsidRPr="0066520B" w:rsidRDefault="00F21E91">
            <w:pPr>
              <w:rPr>
                <w:sz w:val="24"/>
                <w:szCs w:val="24"/>
              </w:rPr>
            </w:pPr>
            <w:r w:rsidRPr="0066520B">
              <w:rPr>
                <w:sz w:val="24"/>
                <w:szCs w:val="24"/>
              </w:rPr>
              <w:t>HUD performance</w:t>
            </w:r>
          </w:p>
        </w:tc>
        <w:tc>
          <w:tcPr>
            <w:tcW w:w="2556" w:type="dxa"/>
            <w:tcMar>
              <w:top w:w="90" w:type="dxa"/>
              <w:left w:w="90" w:type="dxa"/>
              <w:bottom w:w="90" w:type="dxa"/>
              <w:right w:w="90" w:type="dxa"/>
            </w:tcMar>
          </w:tcPr>
          <w:p w14:paraId="46020615" w14:textId="77777777" w:rsidR="00270054" w:rsidRPr="0066520B" w:rsidRDefault="00270054">
            <w:pPr>
              <w:rPr>
                <w:sz w:val="24"/>
                <w:szCs w:val="24"/>
              </w:rPr>
            </w:pPr>
          </w:p>
        </w:tc>
        <w:tc>
          <w:tcPr>
            <w:tcW w:w="2556" w:type="dxa"/>
            <w:tcMar>
              <w:top w:w="90" w:type="dxa"/>
              <w:left w:w="90" w:type="dxa"/>
              <w:bottom w:w="90" w:type="dxa"/>
              <w:right w:w="90" w:type="dxa"/>
            </w:tcMar>
          </w:tcPr>
          <w:p w14:paraId="56B03363" w14:textId="77777777" w:rsidR="00270054" w:rsidRPr="0066520B" w:rsidRDefault="00270054">
            <w:pPr>
              <w:rPr>
                <w:sz w:val="24"/>
                <w:szCs w:val="24"/>
              </w:rPr>
            </w:pPr>
          </w:p>
        </w:tc>
        <w:tc>
          <w:tcPr>
            <w:tcW w:w="2556" w:type="dxa"/>
            <w:tcMar>
              <w:top w:w="90" w:type="dxa"/>
              <w:left w:w="90" w:type="dxa"/>
              <w:bottom w:w="90" w:type="dxa"/>
              <w:right w:w="90" w:type="dxa"/>
            </w:tcMar>
          </w:tcPr>
          <w:p w14:paraId="40B03C0D" w14:textId="77777777" w:rsidR="00270054" w:rsidRPr="0066520B" w:rsidRDefault="00270054">
            <w:pPr>
              <w:rPr>
                <w:sz w:val="24"/>
                <w:szCs w:val="24"/>
              </w:rPr>
            </w:pPr>
          </w:p>
        </w:tc>
      </w:tr>
      <w:tr w:rsidR="00270054" w:rsidRPr="0066520B" w14:paraId="72452D0B" w14:textId="77777777">
        <w:trPr>
          <w:jc w:val="center"/>
        </w:trPr>
        <w:tc>
          <w:tcPr>
            <w:tcW w:w="2556" w:type="dxa"/>
            <w:shd w:val="clear" w:color="auto" w:fill="F2F7F5"/>
            <w:tcMar>
              <w:top w:w="90" w:type="dxa"/>
              <w:left w:w="90" w:type="dxa"/>
              <w:bottom w:w="90" w:type="dxa"/>
              <w:right w:w="90" w:type="dxa"/>
            </w:tcMar>
          </w:tcPr>
          <w:p w14:paraId="49989EF6" w14:textId="77777777" w:rsidR="00270054" w:rsidRPr="0066520B" w:rsidRDefault="00F21E91">
            <w:pPr>
              <w:rPr>
                <w:sz w:val="24"/>
                <w:szCs w:val="24"/>
              </w:rPr>
            </w:pPr>
            <w:r w:rsidRPr="0066520B">
              <w:rPr>
                <w:sz w:val="24"/>
                <w:szCs w:val="24"/>
              </w:rPr>
              <w:t>Staffing / culture</w:t>
            </w:r>
          </w:p>
        </w:tc>
        <w:tc>
          <w:tcPr>
            <w:tcW w:w="2556" w:type="dxa"/>
            <w:shd w:val="clear" w:color="auto" w:fill="F2F7F5"/>
            <w:tcMar>
              <w:top w:w="90" w:type="dxa"/>
              <w:left w:w="90" w:type="dxa"/>
              <w:bottom w:w="90" w:type="dxa"/>
              <w:right w:w="90" w:type="dxa"/>
            </w:tcMar>
          </w:tcPr>
          <w:p w14:paraId="7F172BD0" w14:textId="77777777" w:rsidR="00270054" w:rsidRPr="0066520B" w:rsidRDefault="00270054">
            <w:pPr>
              <w:rPr>
                <w:sz w:val="24"/>
                <w:szCs w:val="24"/>
              </w:rPr>
            </w:pPr>
          </w:p>
        </w:tc>
        <w:tc>
          <w:tcPr>
            <w:tcW w:w="2556" w:type="dxa"/>
            <w:shd w:val="clear" w:color="auto" w:fill="F2F7F5"/>
            <w:tcMar>
              <w:top w:w="90" w:type="dxa"/>
              <w:left w:w="90" w:type="dxa"/>
              <w:bottom w:w="90" w:type="dxa"/>
              <w:right w:w="90" w:type="dxa"/>
            </w:tcMar>
          </w:tcPr>
          <w:p w14:paraId="36F8D2B5" w14:textId="77777777" w:rsidR="00270054" w:rsidRPr="0066520B" w:rsidRDefault="00270054">
            <w:pPr>
              <w:rPr>
                <w:sz w:val="24"/>
                <w:szCs w:val="24"/>
              </w:rPr>
            </w:pPr>
          </w:p>
        </w:tc>
        <w:tc>
          <w:tcPr>
            <w:tcW w:w="2556" w:type="dxa"/>
            <w:shd w:val="clear" w:color="auto" w:fill="F2F7F5"/>
            <w:tcMar>
              <w:top w:w="90" w:type="dxa"/>
              <w:left w:w="90" w:type="dxa"/>
              <w:bottom w:w="90" w:type="dxa"/>
              <w:right w:w="90" w:type="dxa"/>
            </w:tcMar>
          </w:tcPr>
          <w:p w14:paraId="02B8453F" w14:textId="77777777" w:rsidR="00270054" w:rsidRPr="0066520B" w:rsidRDefault="00270054">
            <w:pPr>
              <w:rPr>
                <w:sz w:val="24"/>
                <w:szCs w:val="24"/>
              </w:rPr>
            </w:pPr>
          </w:p>
        </w:tc>
      </w:tr>
      <w:tr w:rsidR="00270054" w:rsidRPr="0066520B" w14:paraId="6D01D3BC" w14:textId="77777777">
        <w:trPr>
          <w:jc w:val="center"/>
        </w:trPr>
        <w:tc>
          <w:tcPr>
            <w:tcW w:w="2556" w:type="dxa"/>
            <w:tcMar>
              <w:top w:w="90" w:type="dxa"/>
              <w:left w:w="90" w:type="dxa"/>
              <w:bottom w:w="90" w:type="dxa"/>
              <w:right w:w="90" w:type="dxa"/>
            </w:tcMar>
          </w:tcPr>
          <w:p w14:paraId="62DDF0D0" w14:textId="77777777" w:rsidR="00270054" w:rsidRPr="0066520B" w:rsidRDefault="00F21E91">
            <w:pPr>
              <w:rPr>
                <w:sz w:val="24"/>
                <w:szCs w:val="24"/>
              </w:rPr>
            </w:pPr>
            <w:r w:rsidRPr="0066520B">
              <w:rPr>
                <w:sz w:val="24"/>
                <w:szCs w:val="24"/>
              </w:rPr>
              <w:t>Property conditions</w:t>
            </w:r>
          </w:p>
        </w:tc>
        <w:tc>
          <w:tcPr>
            <w:tcW w:w="2556" w:type="dxa"/>
            <w:tcMar>
              <w:top w:w="90" w:type="dxa"/>
              <w:left w:w="90" w:type="dxa"/>
              <w:bottom w:w="90" w:type="dxa"/>
              <w:right w:w="90" w:type="dxa"/>
            </w:tcMar>
          </w:tcPr>
          <w:p w14:paraId="776C4908" w14:textId="77777777" w:rsidR="00270054" w:rsidRPr="0066520B" w:rsidRDefault="00270054">
            <w:pPr>
              <w:rPr>
                <w:sz w:val="24"/>
                <w:szCs w:val="24"/>
              </w:rPr>
            </w:pPr>
          </w:p>
        </w:tc>
        <w:tc>
          <w:tcPr>
            <w:tcW w:w="2556" w:type="dxa"/>
            <w:tcMar>
              <w:top w:w="90" w:type="dxa"/>
              <w:left w:w="90" w:type="dxa"/>
              <w:bottom w:w="90" w:type="dxa"/>
              <w:right w:w="90" w:type="dxa"/>
            </w:tcMar>
          </w:tcPr>
          <w:p w14:paraId="103AA036" w14:textId="77777777" w:rsidR="00270054" w:rsidRPr="0066520B" w:rsidRDefault="00270054">
            <w:pPr>
              <w:rPr>
                <w:sz w:val="24"/>
                <w:szCs w:val="24"/>
              </w:rPr>
            </w:pPr>
          </w:p>
        </w:tc>
        <w:tc>
          <w:tcPr>
            <w:tcW w:w="2556" w:type="dxa"/>
            <w:tcMar>
              <w:top w:w="90" w:type="dxa"/>
              <w:left w:w="90" w:type="dxa"/>
              <w:bottom w:w="90" w:type="dxa"/>
              <w:right w:w="90" w:type="dxa"/>
            </w:tcMar>
          </w:tcPr>
          <w:p w14:paraId="3420E51A" w14:textId="77777777" w:rsidR="00270054" w:rsidRPr="0066520B" w:rsidRDefault="00270054">
            <w:pPr>
              <w:rPr>
                <w:sz w:val="24"/>
                <w:szCs w:val="24"/>
              </w:rPr>
            </w:pPr>
          </w:p>
        </w:tc>
      </w:tr>
      <w:tr w:rsidR="00270054" w:rsidRPr="0066520B" w14:paraId="409F0B32" w14:textId="77777777">
        <w:trPr>
          <w:jc w:val="center"/>
        </w:trPr>
        <w:tc>
          <w:tcPr>
            <w:tcW w:w="2556" w:type="dxa"/>
            <w:shd w:val="clear" w:color="auto" w:fill="F2F7F5"/>
            <w:tcMar>
              <w:top w:w="90" w:type="dxa"/>
              <w:left w:w="90" w:type="dxa"/>
              <w:bottom w:w="90" w:type="dxa"/>
              <w:right w:w="90" w:type="dxa"/>
            </w:tcMar>
          </w:tcPr>
          <w:p w14:paraId="7A24C376" w14:textId="77777777" w:rsidR="00270054" w:rsidRPr="0066520B" w:rsidRDefault="00F21E91">
            <w:pPr>
              <w:rPr>
                <w:sz w:val="24"/>
                <w:szCs w:val="24"/>
              </w:rPr>
            </w:pPr>
            <w:r w:rsidRPr="0066520B">
              <w:rPr>
                <w:sz w:val="24"/>
                <w:szCs w:val="24"/>
              </w:rPr>
              <w:t>Resident engagement</w:t>
            </w:r>
          </w:p>
        </w:tc>
        <w:tc>
          <w:tcPr>
            <w:tcW w:w="2556" w:type="dxa"/>
            <w:shd w:val="clear" w:color="auto" w:fill="F2F7F5"/>
            <w:tcMar>
              <w:top w:w="90" w:type="dxa"/>
              <w:left w:w="90" w:type="dxa"/>
              <w:bottom w:w="90" w:type="dxa"/>
              <w:right w:w="90" w:type="dxa"/>
            </w:tcMar>
          </w:tcPr>
          <w:p w14:paraId="6F6B82EC" w14:textId="77777777" w:rsidR="00270054" w:rsidRPr="0066520B" w:rsidRDefault="00270054">
            <w:pPr>
              <w:rPr>
                <w:sz w:val="24"/>
                <w:szCs w:val="24"/>
              </w:rPr>
            </w:pPr>
          </w:p>
        </w:tc>
        <w:tc>
          <w:tcPr>
            <w:tcW w:w="2556" w:type="dxa"/>
            <w:shd w:val="clear" w:color="auto" w:fill="F2F7F5"/>
            <w:tcMar>
              <w:top w:w="90" w:type="dxa"/>
              <w:left w:w="90" w:type="dxa"/>
              <w:bottom w:w="90" w:type="dxa"/>
              <w:right w:w="90" w:type="dxa"/>
            </w:tcMar>
          </w:tcPr>
          <w:p w14:paraId="0A8A77B9" w14:textId="77777777" w:rsidR="00270054" w:rsidRPr="0066520B" w:rsidRDefault="00270054">
            <w:pPr>
              <w:rPr>
                <w:sz w:val="24"/>
                <w:szCs w:val="24"/>
              </w:rPr>
            </w:pPr>
          </w:p>
        </w:tc>
        <w:tc>
          <w:tcPr>
            <w:tcW w:w="2556" w:type="dxa"/>
            <w:shd w:val="clear" w:color="auto" w:fill="F2F7F5"/>
            <w:tcMar>
              <w:top w:w="90" w:type="dxa"/>
              <w:left w:w="90" w:type="dxa"/>
              <w:bottom w:w="90" w:type="dxa"/>
              <w:right w:w="90" w:type="dxa"/>
            </w:tcMar>
          </w:tcPr>
          <w:p w14:paraId="7D1F9B8A" w14:textId="77777777" w:rsidR="00270054" w:rsidRPr="0066520B" w:rsidRDefault="00270054">
            <w:pPr>
              <w:rPr>
                <w:sz w:val="24"/>
                <w:szCs w:val="24"/>
              </w:rPr>
            </w:pPr>
          </w:p>
        </w:tc>
      </w:tr>
      <w:tr w:rsidR="00270054" w:rsidRPr="0066520B" w14:paraId="4AF1FF50" w14:textId="77777777">
        <w:trPr>
          <w:jc w:val="center"/>
        </w:trPr>
        <w:tc>
          <w:tcPr>
            <w:tcW w:w="2556" w:type="dxa"/>
            <w:tcMar>
              <w:top w:w="90" w:type="dxa"/>
              <w:left w:w="90" w:type="dxa"/>
              <w:bottom w:w="90" w:type="dxa"/>
              <w:right w:w="90" w:type="dxa"/>
            </w:tcMar>
          </w:tcPr>
          <w:p w14:paraId="307D65FD" w14:textId="77777777" w:rsidR="00270054" w:rsidRPr="0066520B" w:rsidRDefault="00F21E91">
            <w:pPr>
              <w:rPr>
                <w:sz w:val="24"/>
                <w:szCs w:val="24"/>
              </w:rPr>
            </w:pPr>
            <w:r w:rsidRPr="0066520B">
              <w:rPr>
                <w:sz w:val="24"/>
                <w:szCs w:val="24"/>
              </w:rPr>
              <w:t>Development / modernization</w:t>
            </w:r>
          </w:p>
        </w:tc>
        <w:tc>
          <w:tcPr>
            <w:tcW w:w="2556" w:type="dxa"/>
            <w:tcMar>
              <w:top w:w="90" w:type="dxa"/>
              <w:left w:w="90" w:type="dxa"/>
              <w:bottom w:w="90" w:type="dxa"/>
              <w:right w:w="90" w:type="dxa"/>
            </w:tcMar>
          </w:tcPr>
          <w:p w14:paraId="55BE792B" w14:textId="77777777" w:rsidR="00270054" w:rsidRPr="0066520B" w:rsidRDefault="00270054">
            <w:pPr>
              <w:rPr>
                <w:sz w:val="24"/>
                <w:szCs w:val="24"/>
              </w:rPr>
            </w:pPr>
          </w:p>
        </w:tc>
        <w:tc>
          <w:tcPr>
            <w:tcW w:w="2556" w:type="dxa"/>
            <w:tcMar>
              <w:top w:w="90" w:type="dxa"/>
              <w:left w:w="90" w:type="dxa"/>
              <w:bottom w:w="90" w:type="dxa"/>
              <w:right w:w="90" w:type="dxa"/>
            </w:tcMar>
          </w:tcPr>
          <w:p w14:paraId="073B53CC" w14:textId="77777777" w:rsidR="00270054" w:rsidRPr="0066520B" w:rsidRDefault="00270054">
            <w:pPr>
              <w:rPr>
                <w:sz w:val="24"/>
                <w:szCs w:val="24"/>
              </w:rPr>
            </w:pPr>
          </w:p>
        </w:tc>
        <w:tc>
          <w:tcPr>
            <w:tcW w:w="2556" w:type="dxa"/>
            <w:tcMar>
              <w:top w:w="90" w:type="dxa"/>
              <w:left w:w="90" w:type="dxa"/>
              <w:bottom w:w="90" w:type="dxa"/>
              <w:right w:w="90" w:type="dxa"/>
            </w:tcMar>
          </w:tcPr>
          <w:p w14:paraId="0A0A5F2D" w14:textId="77777777" w:rsidR="00270054" w:rsidRPr="0066520B" w:rsidRDefault="00270054">
            <w:pPr>
              <w:rPr>
                <w:sz w:val="24"/>
                <w:szCs w:val="24"/>
              </w:rPr>
            </w:pPr>
          </w:p>
        </w:tc>
      </w:tr>
      <w:tr w:rsidR="00270054" w:rsidRPr="0066520B" w14:paraId="017D2740" w14:textId="77777777">
        <w:trPr>
          <w:jc w:val="center"/>
        </w:trPr>
        <w:tc>
          <w:tcPr>
            <w:tcW w:w="2556" w:type="dxa"/>
            <w:shd w:val="clear" w:color="auto" w:fill="F2F7F5"/>
            <w:tcMar>
              <w:top w:w="90" w:type="dxa"/>
              <w:left w:w="90" w:type="dxa"/>
              <w:bottom w:w="90" w:type="dxa"/>
              <w:right w:w="90" w:type="dxa"/>
            </w:tcMar>
          </w:tcPr>
          <w:p w14:paraId="40DC8238" w14:textId="77777777" w:rsidR="00270054" w:rsidRPr="0066520B" w:rsidRDefault="00F21E91">
            <w:pPr>
              <w:rPr>
                <w:sz w:val="24"/>
                <w:szCs w:val="24"/>
              </w:rPr>
            </w:pPr>
            <w:r w:rsidRPr="0066520B">
              <w:rPr>
                <w:sz w:val="24"/>
                <w:szCs w:val="24"/>
              </w:rPr>
              <w:t>Board communication</w:t>
            </w:r>
          </w:p>
        </w:tc>
        <w:tc>
          <w:tcPr>
            <w:tcW w:w="2556" w:type="dxa"/>
            <w:shd w:val="clear" w:color="auto" w:fill="F2F7F5"/>
            <w:tcMar>
              <w:top w:w="90" w:type="dxa"/>
              <w:left w:w="90" w:type="dxa"/>
              <w:bottom w:w="90" w:type="dxa"/>
              <w:right w:w="90" w:type="dxa"/>
            </w:tcMar>
          </w:tcPr>
          <w:p w14:paraId="667C763C" w14:textId="77777777" w:rsidR="00270054" w:rsidRPr="0066520B" w:rsidRDefault="00270054">
            <w:pPr>
              <w:rPr>
                <w:sz w:val="24"/>
                <w:szCs w:val="24"/>
              </w:rPr>
            </w:pPr>
          </w:p>
        </w:tc>
        <w:tc>
          <w:tcPr>
            <w:tcW w:w="2556" w:type="dxa"/>
            <w:shd w:val="clear" w:color="auto" w:fill="F2F7F5"/>
            <w:tcMar>
              <w:top w:w="90" w:type="dxa"/>
              <w:left w:w="90" w:type="dxa"/>
              <w:bottom w:w="90" w:type="dxa"/>
              <w:right w:w="90" w:type="dxa"/>
            </w:tcMar>
          </w:tcPr>
          <w:p w14:paraId="4FD0B81C" w14:textId="77777777" w:rsidR="00270054" w:rsidRPr="0066520B" w:rsidRDefault="00270054">
            <w:pPr>
              <w:rPr>
                <w:sz w:val="24"/>
                <w:szCs w:val="24"/>
              </w:rPr>
            </w:pPr>
          </w:p>
        </w:tc>
        <w:tc>
          <w:tcPr>
            <w:tcW w:w="2556" w:type="dxa"/>
            <w:shd w:val="clear" w:color="auto" w:fill="F2F7F5"/>
            <w:tcMar>
              <w:top w:w="90" w:type="dxa"/>
              <w:left w:w="90" w:type="dxa"/>
              <w:bottom w:w="90" w:type="dxa"/>
              <w:right w:w="90" w:type="dxa"/>
            </w:tcMar>
          </w:tcPr>
          <w:p w14:paraId="1533DB9F" w14:textId="77777777" w:rsidR="00270054" w:rsidRPr="0066520B" w:rsidRDefault="00270054">
            <w:pPr>
              <w:rPr>
                <w:sz w:val="24"/>
                <w:szCs w:val="24"/>
              </w:rPr>
            </w:pPr>
          </w:p>
        </w:tc>
      </w:tr>
      <w:tr w:rsidR="00270054" w:rsidRPr="0066520B" w14:paraId="4FB6F483" w14:textId="77777777">
        <w:trPr>
          <w:jc w:val="center"/>
        </w:trPr>
        <w:tc>
          <w:tcPr>
            <w:tcW w:w="2556" w:type="dxa"/>
            <w:tcMar>
              <w:top w:w="90" w:type="dxa"/>
              <w:left w:w="90" w:type="dxa"/>
              <w:bottom w:w="90" w:type="dxa"/>
              <w:right w:w="90" w:type="dxa"/>
            </w:tcMar>
          </w:tcPr>
          <w:p w14:paraId="3957767A" w14:textId="77777777" w:rsidR="00270054" w:rsidRPr="0066520B" w:rsidRDefault="00F21E91">
            <w:pPr>
              <w:rPr>
                <w:sz w:val="24"/>
                <w:szCs w:val="24"/>
              </w:rPr>
            </w:pPr>
            <w:r w:rsidRPr="0066520B">
              <w:rPr>
                <w:sz w:val="24"/>
                <w:szCs w:val="24"/>
              </w:rPr>
              <w:t>Strategic planning</w:t>
            </w:r>
          </w:p>
        </w:tc>
        <w:tc>
          <w:tcPr>
            <w:tcW w:w="2556" w:type="dxa"/>
            <w:tcMar>
              <w:top w:w="90" w:type="dxa"/>
              <w:left w:w="90" w:type="dxa"/>
              <w:bottom w:w="90" w:type="dxa"/>
              <w:right w:w="90" w:type="dxa"/>
            </w:tcMar>
          </w:tcPr>
          <w:p w14:paraId="6B68F0F3" w14:textId="77777777" w:rsidR="00270054" w:rsidRPr="0066520B" w:rsidRDefault="00270054">
            <w:pPr>
              <w:rPr>
                <w:sz w:val="24"/>
                <w:szCs w:val="24"/>
              </w:rPr>
            </w:pPr>
          </w:p>
        </w:tc>
        <w:tc>
          <w:tcPr>
            <w:tcW w:w="2556" w:type="dxa"/>
            <w:tcMar>
              <w:top w:w="90" w:type="dxa"/>
              <w:left w:w="90" w:type="dxa"/>
              <w:bottom w:w="90" w:type="dxa"/>
              <w:right w:w="90" w:type="dxa"/>
            </w:tcMar>
          </w:tcPr>
          <w:p w14:paraId="33F07C49" w14:textId="77777777" w:rsidR="00270054" w:rsidRPr="0066520B" w:rsidRDefault="00270054">
            <w:pPr>
              <w:rPr>
                <w:sz w:val="24"/>
                <w:szCs w:val="24"/>
              </w:rPr>
            </w:pPr>
          </w:p>
        </w:tc>
        <w:tc>
          <w:tcPr>
            <w:tcW w:w="2556" w:type="dxa"/>
            <w:tcMar>
              <w:top w:w="90" w:type="dxa"/>
              <w:left w:w="90" w:type="dxa"/>
              <w:bottom w:w="90" w:type="dxa"/>
              <w:right w:w="90" w:type="dxa"/>
            </w:tcMar>
          </w:tcPr>
          <w:p w14:paraId="2BDCC67A" w14:textId="77777777" w:rsidR="00270054" w:rsidRPr="0066520B" w:rsidRDefault="00270054">
            <w:pPr>
              <w:rPr>
                <w:sz w:val="24"/>
                <w:szCs w:val="24"/>
              </w:rPr>
            </w:pPr>
          </w:p>
        </w:tc>
      </w:tr>
    </w:tbl>
    <w:p w14:paraId="38CF164A" w14:textId="77777777" w:rsidR="00270054" w:rsidRDefault="00F21E91">
      <w:r>
        <w:br w:type="page"/>
      </w:r>
    </w:p>
    <w:p w14:paraId="7B96E068" w14:textId="77777777" w:rsidR="00270054" w:rsidRPr="0066520B" w:rsidRDefault="00F21E91">
      <w:pPr>
        <w:pStyle w:val="Heading1"/>
        <w:rPr>
          <w:sz w:val="48"/>
          <w:szCs w:val="48"/>
        </w:rPr>
      </w:pPr>
      <w:r w:rsidRPr="0066520B">
        <w:rPr>
          <w:sz w:val="48"/>
          <w:szCs w:val="48"/>
        </w:rPr>
        <w:lastRenderedPageBreak/>
        <w:t>Candidate Challenge — Practice Deliberation</w:t>
      </w:r>
    </w:p>
    <w:p w14:paraId="662BF994" w14:textId="77777777" w:rsidR="00270054" w:rsidRPr="0066520B" w:rsidRDefault="00F21E91">
      <w:pPr>
        <w:pStyle w:val="Heading2"/>
        <w:rPr>
          <w:sz w:val="24"/>
          <w:szCs w:val="24"/>
        </w:rPr>
      </w:pPr>
      <w:r w:rsidRPr="0066520B">
        <w:rPr>
          <w:sz w:val="24"/>
          <w:szCs w:val="24"/>
        </w:rPr>
        <w:t>Candidate A — The Technician</w:t>
      </w:r>
    </w:p>
    <w:p w14:paraId="40129016" w14:textId="77777777" w:rsidR="00270054" w:rsidRPr="0066520B" w:rsidRDefault="00F21E91">
      <w:pPr>
        <w:spacing w:after="120"/>
        <w:rPr>
          <w:sz w:val="24"/>
          <w:szCs w:val="24"/>
        </w:rPr>
      </w:pPr>
      <w:r w:rsidRPr="0066520B">
        <w:rPr>
          <w:sz w:val="24"/>
          <w:szCs w:val="24"/>
        </w:rPr>
        <w:t>20 years of housing experience; exceptional HUD knowledge; limited evidence of staff leadership.</w:t>
      </w:r>
    </w:p>
    <w:p w14:paraId="232E765C" w14:textId="77777777" w:rsidR="00270054" w:rsidRPr="0066520B" w:rsidRDefault="00F21E91">
      <w:pPr>
        <w:spacing w:after="120"/>
        <w:rPr>
          <w:sz w:val="24"/>
          <w:szCs w:val="24"/>
        </w:rPr>
      </w:pPr>
      <w:r w:rsidRPr="0066520B">
        <w:rPr>
          <w:sz w:val="24"/>
          <w:szCs w:val="24"/>
        </w:rPr>
        <w:t>Strengths:</w:t>
      </w:r>
    </w:p>
    <w:p w14:paraId="487F5D25"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59253758"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03C9222F" w14:textId="77777777" w:rsidR="00270054" w:rsidRPr="0066520B" w:rsidRDefault="00F21E91">
      <w:pPr>
        <w:spacing w:after="120"/>
        <w:rPr>
          <w:sz w:val="24"/>
          <w:szCs w:val="24"/>
        </w:rPr>
      </w:pPr>
      <w:r w:rsidRPr="0066520B">
        <w:rPr>
          <w:sz w:val="24"/>
          <w:szCs w:val="24"/>
        </w:rPr>
        <w:t>Concerns / missing evidence:</w:t>
      </w:r>
    </w:p>
    <w:p w14:paraId="5631182D"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34794B8B"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2C53DB21" w14:textId="77777777" w:rsidR="00270054" w:rsidRPr="0066520B" w:rsidRDefault="00F21E91">
      <w:pPr>
        <w:pStyle w:val="Heading2"/>
        <w:rPr>
          <w:sz w:val="24"/>
          <w:szCs w:val="24"/>
        </w:rPr>
      </w:pPr>
      <w:r w:rsidRPr="0066520B">
        <w:rPr>
          <w:sz w:val="24"/>
          <w:szCs w:val="24"/>
        </w:rPr>
        <w:t>Candidate B — The Leader</w:t>
      </w:r>
    </w:p>
    <w:p w14:paraId="280A4D58" w14:textId="77777777" w:rsidR="00270054" w:rsidRPr="0066520B" w:rsidRDefault="00F21E91">
      <w:pPr>
        <w:spacing w:after="120"/>
        <w:rPr>
          <w:sz w:val="24"/>
          <w:szCs w:val="24"/>
        </w:rPr>
      </w:pPr>
      <w:r w:rsidRPr="0066520B">
        <w:rPr>
          <w:sz w:val="24"/>
          <w:szCs w:val="24"/>
        </w:rPr>
        <w:t>Strong organizational leadership and financial management experience; limited direct public housing experience.</w:t>
      </w:r>
    </w:p>
    <w:p w14:paraId="2E45DFF8" w14:textId="77777777" w:rsidR="00270054" w:rsidRPr="0066520B" w:rsidRDefault="00F21E91">
      <w:pPr>
        <w:spacing w:after="120"/>
        <w:rPr>
          <w:sz w:val="24"/>
          <w:szCs w:val="24"/>
        </w:rPr>
      </w:pPr>
      <w:r w:rsidRPr="0066520B">
        <w:rPr>
          <w:sz w:val="24"/>
          <w:szCs w:val="24"/>
        </w:rPr>
        <w:t>Strengths:</w:t>
      </w:r>
    </w:p>
    <w:p w14:paraId="49ADED02"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306A3D3E"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76BC535B" w14:textId="77777777" w:rsidR="00270054" w:rsidRPr="0066520B" w:rsidRDefault="00F21E91">
      <w:pPr>
        <w:spacing w:after="120"/>
        <w:rPr>
          <w:sz w:val="24"/>
          <w:szCs w:val="24"/>
        </w:rPr>
      </w:pPr>
      <w:r w:rsidRPr="0066520B">
        <w:rPr>
          <w:sz w:val="24"/>
          <w:szCs w:val="24"/>
        </w:rPr>
        <w:t>Concerns / missing evidence:</w:t>
      </w:r>
    </w:p>
    <w:p w14:paraId="31D6B01D"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142F0B4D"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6BD13660" w14:textId="77777777" w:rsidR="00270054" w:rsidRPr="0066520B" w:rsidRDefault="00F21E91">
      <w:pPr>
        <w:pStyle w:val="Heading2"/>
        <w:rPr>
          <w:sz w:val="24"/>
          <w:szCs w:val="24"/>
        </w:rPr>
      </w:pPr>
      <w:r w:rsidRPr="0066520B">
        <w:rPr>
          <w:sz w:val="24"/>
          <w:szCs w:val="24"/>
        </w:rPr>
        <w:t>Candidate C — The Rising Star</w:t>
      </w:r>
    </w:p>
    <w:p w14:paraId="542003EC" w14:textId="77777777" w:rsidR="00270054" w:rsidRPr="0066520B" w:rsidRDefault="00F21E91">
      <w:pPr>
        <w:spacing w:after="120"/>
        <w:rPr>
          <w:sz w:val="24"/>
          <w:szCs w:val="24"/>
        </w:rPr>
      </w:pPr>
      <w:r w:rsidRPr="0066520B">
        <w:rPr>
          <w:sz w:val="24"/>
          <w:szCs w:val="24"/>
        </w:rPr>
        <w:t>Eight years of housing experience; strong communicator and innovative thinker; limited executive-level experience.</w:t>
      </w:r>
    </w:p>
    <w:p w14:paraId="6B436918" w14:textId="77777777" w:rsidR="00270054" w:rsidRPr="0066520B" w:rsidRDefault="00F21E91">
      <w:pPr>
        <w:spacing w:after="120"/>
        <w:rPr>
          <w:sz w:val="24"/>
          <w:szCs w:val="24"/>
        </w:rPr>
      </w:pPr>
      <w:r w:rsidRPr="0066520B">
        <w:rPr>
          <w:sz w:val="24"/>
          <w:szCs w:val="24"/>
        </w:rPr>
        <w:t>Strengths:</w:t>
      </w:r>
    </w:p>
    <w:p w14:paraId="1423C14C"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3ABB3296"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3A908440" w14:textId="77777777" w:rsidR="00270054" w:rsidRPr="0066520B" w:rsidRDefault="00F21E91">
      <w:pPr>
        <w:spacing w:after="120"/>
        <w:rPr>
          <w:sz w:val="24"/>
          <w:szCs w:val="24"/>
        </w:rPr>
      </w:pPr>
      <w:r w:rsidRPr="0066520B">
        <w:rPr>
          <w:sz w:val="24"/>
          <w:szCs w:val="24"/>
        </w:rPr>
        <w:t>Concerns / missing evidence:</w:t>
      </w:r>
    </w:p>
    <w:p w14:paraId="552E6A55"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70B22BF9"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7E4DDB46" w14:textId="77777777" w:rsidR="00270054" w:rsidRPr="0066520B" w:rsidRDefault="00F21E91">
      <w:pPr>
        <w:pStyle w:val="Heading2"/>
        <w:rPr>
          <w:sz w:val="24"/>
          <w:szCs w:val="24"/>
        </w:rPr>
      </w:pPr>
      <w:r w:rsidRPr="0066520B">
        <w:rPr>
          <w:sz w:val="24"/>
          <w:szCs w:val="24"/>
        </w:rPr>
        <w:t>Who would you advance—and what additional evidence would you need?</w:t>
      </w:r>
    </w:p>
    <w:p w14:paraId="0BE21B52"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7C3EDB3F"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126E0483"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72ACC138" w14:textId="7EBAC229" w:rsidR="00270054" w:rsidRPr="0066520B" w:rsidRDefault="00F21E91" w:rsidP="0066520B">
      <w:pPr>
        <w:spacing w:after="60"/>
        <w:rPr>
          <w:sz w:val="24"/>
          <w:szCs w:val="24"/>
        </w:rPr>
      </w:pPr>
      <w:r w:rsidRPr="0066520B">
        <w:rPr>
          <w:color w:val="AEBDB8"/>
          <w:sz w:val="24"/>
          <w:szCs w:val="24"/>
        </w:rPr>
        <w:t>________________________________________________________________________________</w:t>
      </w:r>
      <w:r w:rsidRPr="0066520B">
        <w:rPr>
          <w:sz w:val="24"/>
          <w:szCs w:val="24"/>
        </w:rPr>
        <w:br w:type="page"/>
      </w:r>
    </w:p>
    <w:p w14:paraId="687D83CB" w14:textId="77777777" w:rsidR="00270054" w:rsidRPr="0066520B" w:rsidRDefault="00F21E91">
      <w:pPr>
        <w:pStyle w:val="Heading1"/>
        <w:rPr>
          <w:sz w:val="48"/>
          <w:szCs w:val="48"/>
        </w:rPr>
      </w:pPr>
      <w:r w:rsidRPr="0066520B">
        <w:rPr>
          <w:sz w:val="48"/>
          <w:szCs w:val="48"/>
        </w:rPr>
        <w:lastRenderedPageBreak/>
        <w:t>My Board’s Next Steps</w:t>
      </w:r>
    </w:p>
    <w:p w14:paraId="3235E5BA" w14:textId="77777777" w:rsidR="00270054" w:rsidRPr="0066520B" w:rsidRDefault="00F21E91">
      <w:pPr>
        <w:spacing w:after="120"/>
        <w:rPr>
          <w:sz w:val="24"/>
          <w:szCs w:val="24"/>
        </w:rPr>
      </w:pPr>
      <w:r w:rsidRPr="0066520B">
        <w:rPr>
          <w:sz w:val="24"/>
          <w:szCs w:val="24"/>
        </w:rPr>
        <w:t>Use this page to convert the training into action.</w:t>
      </w:r>
    </w:p>
    <w:tbl>
      <w:tblPr>
        <w:tblStyle w:val="TableGrid"/>
        <w:tblW w:w="0" w:type="auto"/>
        <w:jc w:val="center"/>
        <w:tblLook w:val="04A0" w:firstRow="1" w:lastRow="0" w:firstColumn="1" w:lastColumn="0" w:noHBand="0" w:noVBand="1"/>
      </w:tblPr>
      <w:tblGrid>
        <w:gridCol w:w="3406"/>
        <w:gridCol w:w="3404"/>
        <w:gridCol w:w="3404"/>
      </w:tblGrid>
      <w:tr w:rsidR="00270054" w:rsidRPr="0066520B" w14:paraId="6074622D" w14:textId="77777777">
        <w:trPr>
          <w:jc w:val="center"/>
        </w:trPr>
        <w:tc>
          <w:tcPr>
            <w:tcW w:w="3408" w:type="dxa"/>
            <w:shd w:val="clear" w:color="auto" w:fill="163D38"/>
            <w:tcMar>
              <w:top w:w="90" w:type="dxa"/>
              <w:left w:w="90" w:type="dxa"/>
              <w:bottom w:w="90" w:type="dxa"/>
              <w:right w:w="90" w:type="dxa"/>
            </w:tcMar>
            <w:vAlign w:val="center"/>
          </w:tcPr>
          <w:p w14:paraId="58BAE863" w14:textId="77777777" w:rsidR="00270054" w:rsidRPr="0066520B" w:rsidRDefault="00F21E91">
            <w:pPr>
              <w:rPr>
                <w:sz w:val="24"/>
                <w:szCs w:val="24"/>
              </w:rPr>
            </w:pPr>
            <w:r w:rsidRPr="0066520B">
              <w:rPr>
                <w:b/>
                <w:color w:val="FFFFFF"/>
                <w:sz w:val="24"/>
                <w:szCs w:val="24"/>
              </w:rPr>
              <w:t>Action</w:t>
            </w:r>
          </w:p>
        </w:tc>
        <w:tc>
          <w:tcPr>
            <w:tcW w:w="3408" w:type="dxa"/>
            <w:shd w:val="clear" w:color="auto" w:fill="163D38"/>
            <w:tcMar>
              <w:top w:w="90" w:type="dxa"/>
              <w:left w:w="90" w:type="dxa"/>
              <w:bottom w:w="90" w:type="dxa"/>
              <w:right w:w="90" w:type="dxa"/>
            </w:tcMar>
            <w:vAlign w:val="center"/>
          </w:tcPr>
          <w:p w14:paraId="1571F350" w14:textId="77777777" w:rsidR="00270054" w:rsidRPr="0066520B" w:rsidRDefault="00F21E91">
            <w:pPr>
              <w:rPr>
                <w:sz w:val="24"/>
                <w:szCs w:val="24"/>
              </w:rPr>
            </w:pPr>
            <w:r w:rsidRPr="0066520B">
              <w:rPr>
                <w:b/>
                <w:color w:val="FFFFFF"/>
                <w:sz w:val="24"/>
                <w:szCs w:val="24"/>
              </w:rPr>
              <w:t>Owner</w:t>
            </w:r>
          </w:p>
        </w:tc>
        <w:tc>
          <w:tcPr>
            <w:tcW w:w="3408" w:type="dxa"/>
            <w:shd w:val="clear" w:color="auto" w:fill="163D38"/>
            <w:tcMar>
              <w:top w:w="90" w:type="dxa"/>
              <w:left w:w="90" w:type="dxa"/>
              <w:bottom w:w="90" w:type="dxa"/>
              <w:right w:w="90" w:type="dxa"/>
            </w:tcMar>
            <w:vAlign w:val="center"/>
          </w:tcPr>
          <w:p w14:paraId="4F8FF344" w14:textId="77777777" w:rsidR="00270054" w:rsidRPr="0066520B" w:rsidRDefault="00F21E91">
            <w:pPr>
              <w:rPr>
                <w:sz w:val="24"/>
                <w:szCs w:val="24"/>
              </w:rPr>
            </w:pPr>
            <w:r w:rsidRPr="0066520B">
              <w:rPr>
                <w:b/>
                <w:color w:val="FFFFFF"/>
                <w:sz w:val="24"/>
                <w:szCs w:val="24"/>
              </w:rPr>
              <w:t>Target Date</w:t>
            </w:r>
          </w:p>
        </w:tc>
      </w:tr>
      <w:tr w:rsidR="00270054" w:rsidRPr="0066520B" w14:paraId="6A7771F7" w14:textId="77777777">
        <w:trPr>
          <w:jc w:val="center"/>
        </w:trPr>
        <w:tc>
          <w:tcPr>
            <w:tcW w:w="3408" w:type="dxa"/>
            <w:tcMar>
              <w:top w:w="90" w:type="dxa"/>
              <w:left w:w="90" w:type="dxa"/>
              <w:bottom w:w="90" w:type="dxa"/>
              <w:right w:w="90" w:type="dxa"/>
            </w:tcMar>
          </w:tcPr>
          <w:p w14:paraId="6BE73675" w14:textId="77777777" w:rsidR="00270054" w:rsidRPr="0066520B" w:rsidRDefault="00F21E91">
            <w:pPr>
              <w:rPr>
                <w:sz w:val="24"/>
                <w:szCs w:val="24"/>
              </w:rPr>
            </w:pPr>
            <w:r w:rsidRPr="0066520B">
              <w:rPr>
                <w:sz w:val="24"/>
                <w:szCs w:val="24"/>
              </w:rPr>
              <w:t>Review / update ED job description</w:t>
            </w:r>
          </w:p>
        </w:tc>
        <w:tc>
          <w:tcPr>
            <w:tcW w:w="3408" w:type="dxa"/>
            <w:tcMar>
              <w:top w:w="90" w:type="dxa"/>
              <w:left w:w="90" w:type="dxa"/>
              <w:bottom w:w="90" w:type="dxa"/>
              <w:right w:w="90" w:type="dxa"/>
            </w:tcMar>
          </w:tcPr>
          <w:p w14:paraId="202105BD" w14:textId="77777777" w:rsidR="00270054" w:rsidRPr="0066520B" w:rsidRDefault="00270054">
            <w:pPr>
              <w:rPr>
                <w:sz w:val="24"/>
                <w:szCs w:val="24"/>
              </w:rPr>
            </w:pPr>
          </w:p>
        </w:tc>
        <w:tc>
          <w:tcPr>
            <w:tcW w:w="3408" w:type="dxa"/>
            <w:tcMar>
              <w:top w:w="90" w:type="dxa"/>
              <w:left w:w="90" w:type="dxa"/>
              <w:bottom w:w="90" w:type="dxa"/>
              <w:right w:w="90" w:type="dxa"/>
            </w:tcMar>
          </w:tcPr>
          <w:p w14:paraId="2DE5F868" w14:textId="77777777" w:rsidR="00270054" w:rsidRPr="0066520B" w:rsidRDefault="00270054">
            <w:pPr>
              <w:rPr>
                <w:sz w:val="24"/>
                <w:szCs w:val="24"/>
              </w:rPr>
            </w:pPr>
          </w:p>
        </w:tc>
      </w:tr>
      <w:tr w:rsidR="00270054" w:rsidRPr="0066520B" w14:paraId="5347DEF1" w14:textId="77777777">
        <w:trPr>
          <w:jc w:val="center"/>
        </w:trPr>
        <w:tc>
          <w:tcPr>
            <w:tcW w:w="3408" w:type="dxa"/>
            <w:shd w:val="clear" w:color="auto" w:fill="F2F7F5"/>
            <w:tcMar>
              <w:top w:w="90" w:type="dxa"/>
              <w:left w:w="90" w:type="dxa"/>
              <w:bottom w:w="90" w:type="dxa"/>
              <w:right w:w="90" w:type="dxa"/>
            </w:tcMar>
          </w:tcPr>
          <w:p w14:paraId="035BF5D0" w14:textId="77777777" w:rsidR="00270054" w:rsidRPr="0066520B" w:rsidRDefault="00F21E91">
            <w:pPr>
              <w:rPr>
                <w:sz w:val="24"/>
                <w:szCs w:val="24"/>
              </w:rPr>
            </w:pPr>
            <w:r w:rsidRPr="0066520B">
              <w:rPr>
                <w:sz w:val="24"/>
                <w:szCs w:val="24"/>
              </w:rPr>
              <w:t>Complete success profile</w:t>
            </w:r>
          </w:p>
        </w:tc>
        <w:tc>
          <w:tcPr>
            <w:tcW w:w="3408" w:type="dxa"/>
            <w:shd w:val="clear" w:color="auto" w:fill="F2F7F5"/>
            <w:tcMar>
              <w:top w:w="90" w:type="dxa"/>
              <w:left w:w="90" w:type="dxa"/>
              <w:bottom w:w="90" w:type="dxa"/>
              <w:right w:w="90" w:type="dxa"/>
            </w:tcMar>
          </w:tcPr>
          <w:p w14:paraId="79F1E14F" w14:textId="77777777" w:rsidR="00270054" w:rsidRPr="0066520B" w:rsidRDefault="00270054">
            <w:pPr>
              <w:rPr>
                <w:sz w:val="24"/>
                <w:szCs w:val="24"/>
              </w:rPr>
            </w:pPr>
          </w:p>
        </w:tc>
        <w:tc>
          <w:tcPr>
            <w:tcW w:w="3408" w:type="dxa"/>
            <w:shd w:val="clear" w:color="auto" w:fill="F2F7F5"/>
            <w:tcMar>
              <w:top w:w="90" w:type="dxa"/>
              <w:left w:w="90" w:type="dxa"/>
              <w:bottom w:w="90" w:type="dxa"/>
              <w:right w:w="90" w:type="dxa"/>
            </w:tcMar>
          </w:tcPr>
          <w:p w14:paraId="4F5D8F1B" w14:textId="77777777" w:rsidR="00270054" w:rsidRPr="0066520B" w:rsidRDefault="00270054">
            <w:pPr>
              <w:rPr>
                <w:sz w:val="24"/>
                <w:szCs w:val="24"/>
              </w:rPr>
            </w:pPr>
          </w:p>
        </w:tc>
      </w:tr>
      <w:tr w:rsidR="00270054" w:rsidRPr="0066520B" w14:paraId="2AADA338" w14:textId="77777777">
        <w:trPr>
          <w:jc w:val="center"/>
        </w:trPr>
        <w:tc>
          <w:tcPr>
            <w:tcW w:w="3408" w:type="dxa"/>
            <w:tcMar>
              <w:top w:w="90" w:type="dxa"/>
              <w:left w:w="90" w:type="dxa"/>
              <w:bottom w:w="90" w:type="dxa"/>
              <w:right w:w="90" w:type="dxa"/>
            </w:tcMar>
          </w:tcPr>
          <w:p w14:paraId="07409F1E" w14:textId="77777777" w:rsidR="00270054" w:rsidRPr="0066520B" w:rsidRDefault="00F21E91">
            <w:pPr>
              <w:rPr>
                <w:sz w:val="24"/>
                <w:szCs w:val="24"/>
              </w:rPr>
            </w:pPr>
            <w:r w:rsidRPr="0066520B">
              <w:rPr>
                <w:sz w:val="24"/>
                <w:szCs w:val="24"/>
              </w:rPr>
              <w:t>Confirm search process and authority</w:t>
            </w:r>
          </w:p>
        </w:tc>
        <w:tc>
          <w:tcPr>
            <w:tcW w:w="3408" w:type="dxa"/>
            <w:tcMar>
              <w:top w:w="90" w:type="dxa"/>
              <w:left w:w="90" w:type="dxa"/>
              <w:bottom w:w="90" w:type="dxa"/>
              <w:right w:w="90" w:type="dxa"/>
            </w:tcMar>
          </w:tcPr>
          <w:p w14:paraId="5524F406" w14:textId="77777777" w:rsidR="00270054" w:rsidRPr="0066520B" w:rsidRDefault="00270054">
            <w:pPr>
              <w:rPr>
                <w:sz w:val="24"/>
                <w:szCs w:val="24"/>
              </w:rPr>
            </w:pPr>
          </w:p>
        </w:tc>
        <w:tc>
          <w:tcPr>
            <w:tcW w:w="3408" w:type="dxa"/>
            <w:tcMar>
              <w:top w:w="90" w:type="dxa"/>
              <w:left w:w="90" w:type="dxa"/>
              <w:bottom w:w="90" w:type="dxa"/>
              <w:right w:w="90" w:type="dxa"/>
            </w:tcMar>
          </w:tcPr>
          <w:p w14:paraId="05B277E1" w14:textId="77777777" w:rsidR="00270054" w:rsidRPr="0066520B" w:rsidRDefault="00270054">
            <w:pPr>
              <w:rPr>
                <w:sz w:val="24"/>
                <w:szCs w:val="24"/>
              </w:rPr>
            </w:pPr>
          </w:p>
        </w:tc>
      </w:tr>
      <w:tr w:rsidR="00270054" w:rsidRPr="0066520B" w14:paraId="57377BD7" w14:textId="77777777">
        <w:trPr>
          <w:jc w:val="center"/>
        </w:trPr>
        <w:tc>
          <w:tcPr>
            <w:tcW w:w="3408" w:type="dxa"/>
            <w:shd w:val="clear" w:color="auto" w:fill="F2F7F5"/>
            <w:tcMar>
              <w:top w:w="90" w:type="dxa"/>
              <w:left w:w="90" w:type="dxa"/>
              <w:bottom w:w="90" w:type="dxa"/>
              <w:right w:w="90" w:type="dxa"/>
            </w:tcMar>
          </w:tcPr>
          <w:p w14:paraId="625B62D3" w14:textId="77777777" w:rsidR="00270054" w:rsidRPr="0066520B" w:rsidRDefault="00F21E91">
            <w:pPr>
              <w:rPr>
                <w:sz w:val="24"/>
                <w:szCs w:val="24"/>
              </w:rPr>
            </w:pPr>
            <w:r w:rsidRPr="0066520B">
              <w:rPr>
                <w:sz w:val="24"/>
                <w:szCs w:val="24"/>
              </w:rPr>
              <w:t>Approve screening criteria and scorecard</w:t>
            </w:r>
          </w:p>
        </w:tc>
        <w:tc>
          <w:tcPr>
            <w:tcW w:w="3408" w:type="dxa"/>
            <w:shd w:val="clear" w:color="auto" w:fill="F2F7F5"/>
            <w:tcMar>
              <w:top w:w="90" w:type="dxa"/>
              <w:left w:w="90" w:type="dxa"/>
              <w:bottom w:w="90" w:type="dxa"/>
              <w:right w:w="90" w:type="dxa"/>
            </w:tcMar>
          </w:tcPr>
          <w:p w14:paraId="66EB1D6E" w14:textId="77777777" w:rsidR="00270054" w:rsidRPr="0066520B" w:rsidRDefault="00270054">
            <w:pPr>
              <w:rPr>
                <w:sz w:val="24"/>
                <w:szCs w:val="24"/>
              </w:rPr>
            </w:pPr>
          </w:p>
        </w:tc>
        <w:tc>
          <w:tcPr>
            <w:tcW w:w="3408" w:type="dxa"/>
            <w:shd w:val="clear" w:color="auto" w:fill="F2F7F5"/>
            <w:tcMar>
              <w:top w:w="90" w:type="dxa"/>
              <w:left w:w="90" w:type="dxa"/>
              <w:bottom w:w="90" w:type="dxa"/>
              <w:right w:w="90" w:type="dxa"/>
            </w:tcMar>
          </w:tcPr>
          <w:p w14:paraId="64D4EA90" w14:textId="77777777" w:rsidR="00270054" w:rsidRPr="0066520B" w:rsidRDefault="00270054">
            <w:pPr>
              <w:rPr>
                <w:sz w:val="24"/>
                <w:szCs w:val="24"/>
              </w:rPr>
            </w:pPr>
          </w:p>
        </w:tc>
      </w:tr>
      <w:tr w:rsidR="00270054" w:rsidRPr="0066520B" w14:paraId="6D19CD19" w14:textId="77777777">
        <w:trPr>
          <w:jc w:val="center"/>
        </w:trPr>
        <w:tc>
          <w:tcPr>
            <w:tcW w:w="3408" w:type="dxa"/>
            <w:tcMar>
              <w:top w:w="90" w:type="dxa"/>
              <w:left w:w="90" w:type="dxa"/>
              <w:bottom w:w="90" w:type="dxa"/>
              <w:right w:w="90" w:type="dxa"/>
            </w:tcMar>
          </w:tcPr>
          <w:p w14:paraId="0696C5AB" w14:textId="77777777" w:rsidR="00270054" w:rsidRPr="0066520B" w:rsidRDefault="00F21E91">
            <w:pPr>
              <w:rPr>
                <w:sz w:val="24"/>
                <w:szCs w:val="24"/>
              </w:rPr>
            </w:pPr>
            <w:r w:rsidRPr="0066520B">
              <w:rPr>
                <w:sz w:val="24"/>
                <w:szCs w:val="24"/>
              </w:rPr>
              <w:t>Develop interview questions</w:t>
            </w:r>
          </w:p>
        </w:tc>
        <w:tc>
          <w:tcPr>
            <w:tcW w:w="3408" w:type="dxa"/>
            <w:tcMar>
              <w:top w:w="90" w:type="dxa"/>
              <w:left w:w="90" w:type="dxa"/>
              <w:bottom w:w="90" w:type="dxa"/>
              <w:right w:w="90" w:type="dxa"/>
            </w:tcMar>
          </w:tcPr>
          <w:p w14:paraId="6129ED70" w14:textId="77777777" w:rsidR="00270054" w:rsidRPr="0066520B" w:rsidRDefault="00270054">
            <w:pPr>
              <w:rPr>
                <w:sz w:val="24"/>
                <w:szCs w:val="24"/>
              </w:rPr>
            </w:pPr>
          </w:p>
        </w:tc>
        <w:tc>
          <w:tcPr>
            <w:tcW w:w="3408" w:type="dxa"/>
            <w:tcMar>
              <w:top w:w="90" w:type="dxa"/>
              <w:left w:w="90" w:type="dxa"/>
              <w:bottom w:w="90" w:type="dxa"/>
              <w:right w:w="90" w:type="dxa"/>
            </w:tcMar>
          </w:tcPr>
          <w:p w14:paraId="2086C3FF" w14:textId="77777777" w:rsidR="00270054" w:rsidRPr="0066520B" w:rsidRDefault="00270054">
            <w:pPr>
              <w:rPr>
                <w:sz w:val="24"/>
                <w:szCs w:val="24"/>
              </w:rPr>
            </w:pPr>
          </w:p>
        </w:tc>
      </w:tr>
      <w:tr w:rsidR="00270054" w:rsidRPr="0066520B" w14:paraId="7A411131" w14:textId="77777777">
        <w:trPr>
          <w:jc w:val="center"/>
        </w:trPr>
        <w:tc>
          <w:tcPr>
            <w:tcW w:w="3408" w:type="dxa"/>
            <w:shd w:val="clear" w:color="auto" w:fill="F2F7F5"/>
            <w:tcMar>
              <w:top w:w="90" w:type="dxa"/>
              <w:left w:w="90" w:type="dxa"/>
              <w:bottom w:w="90" w:type="dxa"/>
              <w:right w:w="90" w:type="dxa"/>
            </w:tcMar>
          </w:tcPr>
          <w:p w14:paraId="11DE3285" w14:textId="77777777" w:rsidR="00270054" w:rsidRPr="0066520B" w:rsidRDefault="00F21E91">
            <w:pPr>
              <w:rPr>
                <w:sz w:val="24"/>
                <w:szCs w:val="24"/>
              </w:rPr>
            </w:pPr>
            <w:r w:rsidRPr="0066520B">
              <w:rPr>
                <w:sz w:val="24"/>
                <w:szCs w:val="24"/>
              </w:rPr>
              <w:t>Confirm reference / due diligence process</w:t>
            </w:r>
          </w:p>
        </w:tc>
        <w:tc>
          <w:tcPr>
            <w:tcW w:w="3408" w:type="dxa"/>
            <w:shd w:val="clear" w:color="auto" w:fill="F2F7F5"/>
            <w:tcMar>
              <w:top w:w="90" w:type="dxa"/>
              <w:left w:w="90" w:type="dxa"/>
              <w:bottom w:w="90" w:type="dxa"/>
              <w:right w:w="90" w:type="dxa"/>
            </w:tcMar>
          </w:tcPr>
          <w:p w14:paraId="1444C44D" w14:textId="77777777" w:rsidR="00270054" w:rsidRPr="0066520B" w:rsidRDefault="00270054">
            <w:pPr>
              <w:rPr>
                <w:sz w:val="24"/>
                <w:szCs w:val="24"/>
              </w:rPr>
            </w:pPr>
          </w:p>
        </w:tc>
        <w:tc>
          <w:tcPr>
            <w:tcW w:w="3408" w:type="dxa"/>
            <w:shd w:val="clear" w:color="auto" w:fill="F2F7F5"/>
            <w:tcMar>
              <w:top w:w="90" w:type="dxa"/>
              <w:left w:w="90" w:type="dxa"/>
              <w:bottom w:w="90" w:type="dxa"/>
              <w:right w:w="90" w:type="dxa"/>
            </w:tcMar>
          </w:tcPr>
          <w:p w14:paraId="2D2B895A" w14:textId="77777777" w:rsidR="00270054" w:rsidRPr="0066520B" w:rsidRDefault="00270054">
            <w:pPr>
              <w:rPr>
                <w:sz w:val="24"/>
                <w:szCs w:val="24"/>
              </w:rPr>
            </w:pPr>
          </w:p>
        </w:tc>
      </w:tr>
      <w:tr w:rsidR="00270054" w:rsidRPr="0066520B" w14:paraId="1C7BCFA0" w14:textId="77777777">
        <w:trPr>
          <w:jc w:val="center"/>
        </w:trPr>
        <w:tc>
          <w:tcPr>
            <w:tcW w:w="3408" w:type="dxa"/>
            <w:tcMar>
              <w:top w:w="90" w:type="dxa"/>
              <w:left w:w="90" w:type="dxa"/>
              <w:bottom w:w="90" w:type="dxa"/>
              <w:right w:w="90" w:type="dxa"/>
            </w:tcMar>
          </w:tcPr>
          <w:p w14:paraId="2D3D7A4A" w14:textId="77777777" w:rsidR="00270054" w:rsidRPr="0066520B" w:rsidRDefault="00F21E91">
            <w:pPr>
              <w:rPr>
                <w:sz w:val="24"/>
                <w:szCs w:val="24"/>
              </w:rPr>
            </w:pPr>
            <w:r w:rsidRPr="0066520B">
              <w:rPr>
                <w:sz w:val="24"/>
                <w:szCs w:val="24"/>
              </w:rPr>
              <w:t>Prepare onboarding and first-year expectations</w:t>
            </w:r>
          </w:p>
        </w:tc>
        <w:tc>
          <w:tcPr>
            <w:tcW w:w="3408" w:type="dxa"/>
            <w:tcMar>
              <w:top w:w="90" w:type="dxa"/>
              <w:left w:w="90" w:type="dxa"/>
              <w:bottom w:w="90" w:type="dxa"/>
              <w:right w:w="90" w:type="dxa"/>
            </w:tcMar>
          </w:tcPr>
          <w:p w14:paraId="2A893B88" w14:textId="77777777" w:rsidR="00270054" w:rsidRPr="0066520B" w:rsidRDefault="00270054">
            <w:pPr>
              <w:rPr>
                <w:sz w:val="24"/>
                <w:szCs w:val="24"/>
              </w:rPr>
            </w:pPr>
          </w:p>
        </w:tc>
        <w:tc>
          <w:tcPr>
            <w:tcW w:w="3408" w:type="dxa"/>
            <w:tcMar>
              <w:top w:w="90" w:type="dxa"/>
              <w:left w:w="90" w:type="dxa"/>
              <w:bottom w:w="90" w:type="dxa"/>
              <w:right w:w="90" w:type="dxa"/>
            </w:tcMar>
          </w:tcPr>
          <w:p w14:paraId="6DBD914B" w14:textId="77777777" w:rsidR="00270054" w:rsidRPr="0066520B" w:rsidRDefault="00270054">
            <w:pPr>
              <w:rPr>
                <w:sz w:val="24"/>
                <w:szCs w:val="24"/>
              </w:rPr>
            </w:pPr>
          </w:p>
        </w:tc>
      </w:tr>
    </w:tbl>
    <w:p w14:paraId="54D8FDD2" w14:textId="77777777" w:rsidR="00270054" w:rsidRDefault="00F21E91">
      <w:pPr>
        <w:pStyle w:val="Heading2"/>
      </w:pPr>
      <w:r>
        <w:t>One change I will recommend to our hiring process:</w:t>
      </w:r>
    </w:p>
    <w:p w14:paraId="238E532F"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2619E926"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4B121DB0"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1109BC56"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3D8AE916" w14:textId="77777777" w:rsidR="00270054" w:rsidRDefault="00F21E91">
      <w:pPr>
        <w:pStyle w:val="Heading2"/>
      </w:pPr>
      <w:r>
        <w:t>One question I want our board to discuss:</w:t>
      </w:r>
    </w:p>
    <w:p w14:paraId="151CD387"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0DEB900D"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21020A6E"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p w14:paraId="6656F147" w14:textId="77777777" w:rsidR="00270054" w:rsidRPr="0066520B" w:rsidRDefault="00F21E91">
      <w:pPr>
        <w:spacing w:after="60"/>
        <w:rPr>
          <w:sz w:val="24"/>
          <w:szCs w:val="24"/>
        </w:rPr>
      </w:pPr>
      <w:r w:rsidRPr="0066520B">
        <w:rPr>
          <w:color w:val="AEBDB8"/>
          <w:sz w:val="24"/>
          <w:szCs w:val="24"/>
        </w:rPr>
        <w:t>________________________________________________________________________________</w:t>
      </w:r>
    </w:p>
    <w:sectPr w:rsidR="00270054" w:rsidRPr="0066520B" w:rsidSect="00034616">
      <w:headerReference w:type="default" r:id="rId8"/>
      <w:footerReference w:type="default" r:id="rId9"/>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EF3EF" w14:textId="77777777" w:rsidR="00EE1CF3" w:rsidRDefault="00EE1CF3">
      <w:pPr>
        <w:spacing w:after="0" w:line="240" w:lineRule="auto"/>
      </w:pPr>
      <w:r>
        <w:separator/>
      </w:r>
    </w:p>
  </w:endnote>
  <w:endnote w:type="continuationSeparator" w:id="0">
    <w:p w14:paraId="6AB5D018" w14:textId="77777777" w:rsidR="00EE1CF3" w:rsidRDefault="00EE1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35189" w14:textId="4762A0FE" w:rsidR="00270054" w:rsidRDefault="00943AC6">
    <w:pPr>
      <w:pStyle w:val="Footer"/>
      <w:jc w:val="center"/>
    </w:pPr>
    <w:r>
      <w:t xml:space="preserve">Sunny Shaw &amp; Associates - </w:t>
    </w:r>
    <w:r w:rsidR="00F21E91">
      <w:t xml:space="preserve">Housing Authority Board Training  •  </w:t>
    </w:r>
    <w:r w:rsidR="00F21E91">
      <w:fldChar w:fldCharType="begin"/>
    </w:r>
    <w:r w:rsidR="00F21E91">
      <w:instrText>PAGE</w:instrText>
    </w:r>
    <w:r w:rsidR="00F21E91">
      <w:fldChar w:fldCharType="separate"/>
    </w:r>
    <w:r>
      <w:rPr>
        <w:noProof/>
      </w:rPr>
      <w:t>1</w:t>
    </w:r>
    <w:r w:rsidR="00F21E9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69FCD" w14:textId="77777777" w:rsidR="00EE1CF3" w:rsidRDefault="00EE1CF3">
      <w:pPr>
        <w:spacing w:after="0" w:line="240" w:lineRule="auto"/>
      </w:pPr>
      <w:r>
        <w:separator/>
      </w:r>
    </w:p>
  </w:footnote>
  <w:footnote w:type="continuationSeparator" w:id="0">
    <w:p w14:paraId="32CF1128" w14:textId="77777777" w:rsidR="00EE1CF3" w:rsidRDefault="00EE1C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52F2B" w14:textId="77777777" w:rsidR="00270054" w:rsidRDefault="00F21E91">
    <w:r>
      <w:rPr>
        <w:b/>
        <w:color w:val="315D56"/>
        <w:sz w:val="16"/>
      </w:rPr>
      <w:t>HIRING THE RIGHT EXECUTIVE DIRECTOR  |  PARTICIPANT WORKBOOK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27712278">
    <w:abstractNumId w:val="8"/>
  </w:num>
  <w:num w:numId="2" w16cid:durableId="2030837159">
    <w:abstractNumId w:val="6"/>
  </w:num>
  <w:num w:numId="3" w16cid:durableId="337319401">
    <w:abstractNumId w:val="5"/>
  </w:num>
  <w:num w:numId="4" w16cid:durableId="939752842">
    <w:abstractNumId w:val="4"/>
  </w:num>
  <w:num w:numId="5" w16cid:durableId="1820463637">
    <w:abstractNumId w:val="7"/>
  </w:num>
  <w:num w:numId="6" w16cid:durableId="1784957187">
    <w:abstractNumId w:val="3"/>
  </w:num>
  <w:num w:numId="7" w16cid:durableId="2001763236">
    <w:abstractNumId w:val="2"/>
  </w:num>
  <w:num w:numId="8" w16cid:durableId="942957198">
    <w:abstractNumId w:val="1"/>
  </w:num>
  <w:num w:numId="9" w16cid:durableId="20548458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60080"/>
    <w:rsid w:val="00270054"/>
    <w:rsid w:val="0029639D"/>
    <w:rsid w:val="00326F90"/>
    <w:rsid w:val="005601C1"/>
    <w:rsid w:val="0066520B"/>
    <w:rsid w:val="00937757"/>
    <w:rsid w:val="00943AC6"/>
    <w:rsid w:val="00AA1D8D"/>
    <w:rsid w:val="00B47730"/>
    <w:rsid w:val="00CB0664"/>
    <w:rsid w:val="00EE1CF3"/>
    <w:rsid w:val="00EF6254"/>
    <w:rsid w:val="00F21E9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24ECA0"/>
  <w14:defaultImageDpi w14:val="300"/>
  <w15:docId w15:val="{1B468DB9-EA18-4FC8-A184-67937281A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20302D"/>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63D38"/>
      <w:sz w:val="4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315D56"/>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28A37A"/>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63D38"/>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19</Pages>
  <Words>2977</Words>
  <Characters>16974</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19912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Sunny Shaw</cp:lastModifiedBy>
  <cp:revision>5</cp:revision>
  <dcterms:created xsi:type="dcterms:W3CDTF">2026-08-30T17:05:00Z</dcterms:created>
  <dcterms:modified xsi:type="dcterms:W3CDTF">2026-09-07T17:03:00Z</dcterms:modified>
  <cp:category/>
</cp:coreProperties>
</file>